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ONE-PERSON CONTENT MACHINE</w:t>
      </w:r>
    </w:p>
    <w:p>
      <w:pPr>
        <w:pStyle w:val="Subtitle"/>
        <w:jc w:val="center"/>
      </w:pPr>
      <w:r>
        <w:rPr>
          <w:b/>
        </w:rPr>
        <w:t>COMPLETE TOOLKIT TEMPLATES</w:t>
      </w:r>
    </w:p>
    <w:p>
      <w:pPr>
        <w:jc w:val="center"/>
      </w:pPr>
      <w:r>
        <w:t>Editable Companion Workbook — Book 5 of The One-Person Business Playbooks</w:t>
      </w:r>
    </w:p>
    <w:p>
      <w:pPr/>
    </w:p>
    <w:p>
      <w:pPr>
        <w:jc w:val="center"/>
      </w:pPr>
      <w:r>
        <w:t>James Inglis</w:t>
      </w:r>
    </w:p>
    <w:p>
      <w:pPr/>
      <w:r>
        <w:br w:type="page"/>
      </w:r>
    </w:p>
    <w:p>
      <w:pPr>
        <w:pStyle w:val="Heading1"/>
        <w:jc w:val="left"/>
        <w:keepNext/>
      </w:pPr>
      <w:r>
        <w:t>The One-Person Content Machine Toolkit</w:t>
      </w:r>
    </w:p>
    <w:p>
      <w:pPr/>
      <w:r>
        <w:rPr>
          <w:rFonts w:ascii="Georgia" w:hAnsi="Georgia"/>
          <w:b w:val="0"/>
          <w:i w:val="0"/>
          <w:sz w:val="20"/>
        </w:rPr>
        <w:t>The templates that follow are designed to be used, not admired. Keep them simple. Print them, copy them into your preferred software, or recreate them in whatever system you already use. A good template reduces decisions. If a template creates more work than it saves, simplify it.</w:t>
      </w:r>
      <w:r>
        <w:rPr>
          <w:i/>
        </w:rPr>
        <w:br/>
        <w:t>This workbook includes all 14 templates from the book, plus the final one-page Content Machine worksheet.</w:t>
      </w:r>
    </w:p>
    <w:p>
      <w:pPr>
        <w:pStyle w:val="Heading2"/>
        <w:keepNext/>
      </w:pPr>
      <w:r>
        <w:t>TEMPLATE 1 — Content Asset Audit</w:t>
      </w:r>
    </w:p>
    <w:p>
      <w:pPr/>
      <w:r>
        <w:rPr>
          <w:rFonts w:ascii="Georgia" w:hAnsi="Georgia"/>
          <w:b/>
          <w:i w:val="0"/>
          <w:sz w:val="20"/>
        </w:rPr>
        <w:t>Purpose:</w:t>
      </w:r>
      <w:r>
        <w:rPr>
          <w:rFonts w:ascii="Georgia" w:hAnsi="Georgia"/>
          <w:b w:val="0"/>
          <w:i w:val="0"/>
          <w:sz w:val="20"/>
        </w:rPr>
        <w:t xml:space="preserve"> Identify useful material you already have before creating more.</w:t>
      </w:r>
    </w:p>
    <w:p>
      <w:pPr/>
      <w:r>
        <w:rPr>
          <w:rFonts w:ascii="Georgia" w:hAnsi="Georgia"/>
          <w:b w:val="0"/>
          <w:i w:val="0"/>
          <w:sz w:val="20"/>
        </w:rPr>
        <w:t>For each existing item, complete the following:</w:t>
      </w:r>
    </w:p>
    <w:p>
      <w:pPr/>
      <w:r>
        <w:rPr>
          <w:rFonts w:ascii="Georgia" w:hAnsi="Georgia"/>
          <w:b/>
          <w:i w:val="0"/>
          <w:sz w:val="20"/>
        </w:rPr>
        <w:t>Asset name:</w:t>
      </w:r>
      <w:r>
        <w:rPr>
          <w:rFonts w:ascii="Georgia" w:hAnsi="Georgia"/>
          <w:b w:val="0"/>
          <w:i w:val="0"/>
          <w:sz w:val="20"/>
        </w:rPr>
        <w:t xml:space="preserve"> __________________________________________</w:t>
      </w:r>
    </w:p>
    <w:p>
      <w:pPr/>
      <w:r>
        <w:rPr>
          <w:rFonts w:ascii="Georgia" w:hAnsi="Georgia"/>
          <w:b/>
          <w:i w:val="0"/>
          <w:sz w:val="20"/>
        </w:rPr>
        <w:t>Current format:</w:t>
      </w:r>
      <w:r>
        <w:rPr>
          <w:rFonts w:ascii="Georgia" w:hAnsi="Georgia"/>
          <w:b w:val="0"/>
          <w:i w:val="0"/>
          <w:sz w:val="20"/>
        </w:rPr>
        <w:t xml:space="preserve"> _______________________________________</w:t>
      </w:r>
    </w:p>
    <w:p>
      <w:pPr/>
      <w:r>
        <w:rPr>
          <w:rFonts w:ascii="Georgia" w:hAnsi="Georgia"/>
          <w:b/>
          <w:i w:val="0"/>
          <w:sz w:val="20"/>
        </w:rPr>
        <w:t>Where does it live?</w:t>
      </w:r>
      <w:r>
        <w:rPr>
          <w:rFonts w:ascii="Georgia" w:hAnsi="Georgia"/>
          <w:b w:val="0"/>
          <w:i w:val="0"/>
          <w:sz w:val="20"/>
        </w:rPr>
        <w:t xml:space="preserve"> ___________________________________</w:t>
      </w:r>
    </w:p>
    <w:p>
      <w:pPr/>
      <w:r>
        <w:rPr>
          <w:rFonts w:ascii="Georgia" w:hAnsi="Georgia"/>
          <w:b/>
          <w:i w:val="0"/>
          <w:sz w:val="20"/>
        </w:rPr>
        <w:t>Primary audience:</w:t>
      </w:r>
      <w:r>
        <w:rPr>
          <w:rFonts w:ascii="Georgia" w:hAnsi="Georgia"/>
          <w:b w:val="0"/>
          <w:i w:val="0"/>
          <w:sz w:val="20"/>
        </w:rPr>
        <w:t xml:space="preserve"> _____________________________________</w:t>
      </w:r>
    </w:p>
    <w:p>
      <w:pPr/>
      <w:r>
        <w:rPr>
          <w:rFonts w:ascii="Georgia" w:hAnsi="Georgia"/>
          <w:b/>
          <w:i w:val="0"/>
          <w:sz w:val="20"/>
        </w:rPr>
        <w:t>Which customer question or problem does it address?</w:t>
      </w:r>
    </w:p>
    <w:p>
      <w:pPr/>
      <w:r>
        <w:rPr>
          <w:rFonts w:ascii="Georgia" w:hAnsi="Georgia"/>
          <w:b w:val="0"/>
          <w:i w:val="0"/>
          <w:sz w:val="20"/>
        </w:rPr>
        <w:t>__________________________________________________________</w:t>
      </w:r>
    </w:p>
    <w:p>
      <w:pPr/>
      <w:r>
        <w:rPr>
          <w:rFonts w:ascii="Georgia" w:hAnsi="Georgia"/>
          <w:b/>
          <w:i w:val="0"/>
          <w:sz w:val="20"/>
        </w:rPr>
        <w:t>Is it still accurate?</w:t>
      </w:r>
      <w:r>
        <w:rPr>
          <w:rFonts w:ascii="Georgia" w:hAnsi="Georgia"/>
          <w:b w:val="0"/>
          <w:i w:val="0"/>
          <w:sz w:val="20"/>
        </w:rPr>
        <w:t xml:space="preserve">  Yes / Needs update / No</w:t>
      </w:r>
    </w:p>
    <w:p>
      <w:pPr/>
      <w:r>
        <w:rPr>
          <w:rFonts w:ascii="Georgia" w:hAnsi="Georgia"/>
          <w:b/>
          <w:i w:val="0"/>
          <w:sz w:val="20"/>
        </w:rPr>
        <w:t>Can it support sales?</w:t>
      </w:r>
      <w:r>
        <w:rPr>
          <w:rFonts w:ascii="Georgia" w:hAnsi="Georgia"/>
          <w:b w:val="0"/>
          <w:i w:val="0"/>
          <w:sz w:val="20"/>
        </w:rPr>
        <w:t xml:space="preserve">  Yes / No / Maybe</w:t>
      </w:r>
    </w:p>
    <w:p>
      <w:pPr/>
      <w:r>
        <w:rPr>
          <w:rFonts w:ascii="Georgia" w:hAnsi="Georgia"/>
          <w:b/>
          <w:i w:val="0"/>
          <w:sz w:val="20"/>
        </w:rPr>
        <w:t>Can it support onboarding or customer success?</w:t>
      </w:r>
      <w:r>
        <w:rPr>
          <w:rFonts w:ascii="Georgia" w:hAnsi="Georgia"/>
          <w:b w:val="0"/>
          <w:i w:val="0"/>
          <w:sz w:val="20"/>
        </w:rPr>
        <w:t xml:space="preserve">  Yes / No / Maybe</w:t>
      </w:r>
    </w:p>
    <w:p>
      <w:pPr/>
      <w:r>
        <w:rPr>
          <w:rFonts w:ascii="Georgia" w:hAnsi="Georgia"/>
          <w:b/>
          <w:i w:val="0"/>
          <w:sz w:val="20"/>
        </w:rPr>
        <w:t>Can it support search?</w:t>
      </w:r>
      <w:r>
        <w:rPr>
          <w:rFonts w:ascii="Georgia" w:hAnsi="Georgia"/>
          <w:b w:val="0"/>
          <w:i w:val="0"/>
          <w:sz w:val="20"/>
        </w:rPr>
        <w:t xml:space="preserve">  Yes / No / Maybe</w:t>
      </w:r>
    </w:p>
    <w:p>
      <w:pPr/>
      <w:r>
        <w:rPr>
          <w:rFonts w:ascii="Georgia" w:hAnsi="Georgia"/>
          <w:b/>
          <w:i w:val="0"/>
          <w:sz w:val="20"/>
        </w:rPr>
        <w:t>Possible second lives:</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r>
        <w:rPr>
          <w:rFonts w:ascii="Georgia" w:hAnsi="Georgia"/>
          <w:b/>
          <w:i w:val="0"/>
          <w:sz w:val="20"/>
        </w:rPr>
        <w:t>Next action:</w:t>
      </w:r>
      <w:r>
        <w:rPr>
          <w:rFonts w:ascii="Georgia" w:hAnsi="Georgia"/>
          <w:b w:val="0"/>
          <w:i w:val="0"/>
          <w:sz w:val="20"/>
        </w:rPr>
        <w:t xml:space="preserve"> Keep / Refresh / Repurpose / Combine / Retire</w:t>
      </w:r>
    </w:p>
    <w:p>
      <w:pPr>
        <w:pStyle w:val="Heading3"/>
        <w:keepNext/>
      </w:pPr>
      <w:r>
        <w:t>Quick audit table</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rPr>
          <w:tblHeader w:val="true"/>
        </w:trPr>
        <w:tc>
          <w:tcPr>
            <w:tcW w:type="dxa" w:w="1694"/>
            <w:vAlign w:val="center"/>
            <w:shd w:fill="E8E8E8"/>
          </w:tcPr>
          <w:p>
            <w:pPr>
              <w:spacing w:after="0"/>
            </w:pPr>
            <w:r>
              <w:rPr>
                <w:rFonts w:ascii="Arial" w:hAnsi="Arial"/>
                <w:b/>
                <w:i w:val="0"/>
                <w:sz w:val="15"/>
              </w:rPr>
              <w:t>Asset</w:t>
            </w:r>
          </w:p>
        </w:tc>
        <w:tc>
          <w:tcPr>
            <w:tcW w:type="dxa" w:w="1694"/>
            <w:vAlign w:val="center"/>
            <w:shd w:fill="E8E8E8"/>
          </w:tcPr>
          <w:p>
            <w:pPr>
              <w:spacing w:after="0"/>
            </w:pPr>
            <w:r>
              <w:rPr>
                <w:rFonts w:ascii="Arial" w:hAnsi="Arial"/>
                <w:b/>
                <w:i w:val="0"/>
                <w:sz w:val="15"/>
              </w:rPr>
              <w:t>Useful?</w:t>
            </w:r>
          </w:p>
        </w:tc>
        <w:tc>
          <w:tcPr>
            <w:tcW w:type="dxa" w:w="1694"/>
            <w:vAlign w:val="center"/>
            <w:shd w:fill="E8E8E8"/>
          </w:tcPr>
          <w:p>
            <w:pPr>
              <w:spacing w:after="0"/>
            </w:pPr>
            <w:r>
              <w:rPr>
                <w:rFonts w:ascii="Arial" w:hAnsi="Arial"/>
                <w:b/>
                <w:i w:val="0"/>
                <w:sz w:val="15"/>
              </w:rPr>
              <w:t>Evergreen?</w:t>
            </w:r>
          </w:p>
        </w:tc>
        <w:tc>
          <w:tcPr>
            <w:tcW w:type="dxa" w:w="1694"/>
            <w:vAlign w:val="center"/>
            <w:shd w:fill="E8E8E8"/>
          </w:tcPr>
          <w:p>
            <w:pPr>
              <w:spacing w:after="0"/>
            </w:pPr>
            <w:r>
              <w:rPr>
                <w:rFonts w:ascii="Arial" w:hAnsi="Arial"/>
                <w:b/>
                <w:i w:val="0"/>
                <w:sz w:val="15"/>
              </w:rPr>
              <w:t>Sales Use?</w:t>
            </w:r>
          </w:p>
        </w:tc>
        <w:tc>
          <w:tcPr>
            <w:tcW w:type="dxa" w:w="1694"/>
            <w:vAlign w:val="center"/>
            <w:shd w:fill="E8E8E8"/>
          </w:tcPr>
          <w:p>
            <w:pPr>
              <w:spacing w:after="0"/>
            </w:pPr>
            <w:r>
              <w:rPr>
                <w:rFonts w:ascii="Arial" w:hAnsi="Arial"/>
                <w:b/>
                <w:i w:val="0"/>
                <w:sz w:val="15"/>
              </w:rPr>
              <w:t>Reusable?</w:t>
            </w:r>
          </w:p>
        </w:tc>
        <w:tc>
          <w:tcPr>
            <w:tcW w:type="dxa" w:w="1694"/>
            <w:vAlign w:val="center"/>
            <w:shd w:fill="E8E8E8"/>
          </w:tcPr>
          <w:p>
            <w:pPr>
              <w:spacing w:after="0"/>
            </w:pPr>
            <w:r>
              <w:rPr>
                <w:rFonts w:ascii="Arial" w:hAnsi="Arial"/>
                <w:b/>
                <w:i w:val="0"/>
                <w:sz w:val="15"/>
              </w:rPr>
              <w:t>Next Action</w:t>
            </w:r>
          </w:p>
        </w:tc>
      </w:tr>
      <w:tr>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bl>
    <w:p>
      <w:pPr>
        <w:spacing w:after="40"/>
      </w:pPr>
    </w:p>
    <w:p>
      <w:pPr>
        <w:pStyle w:val="Heading2"/>
        <w:keepNext/>
      </w:pPr>
      <w:r>
        <w:t>TEMPLATE 2 — Content Customer Worksheet</w:t>
      </w:r>
    </w:p>
    <w:p>
      <w:pPr/>
      <w:r>
        <w:rPr>
          <w:rFonts w:ascii="Georgia" w:hAnsi="Georgia"/>
          <w:b/>
          <w:i w:val="0"/>
          <w:sz w:val="20"/>
        </w:rPr>
        <w:t>Purpose:</w:t>
      </w:r>
      <w:r>
        <w:rPr>
          <w:rFonts w:ascii="Georgia" w:hAnsi="Georgia"/>
          <w:b w:val="0"/>
          <w:i w:val="0"/>
          <w:sz w:val="20"/>
        </w:rPr>
        <w:t xml:space="preserve"> Make the audience specific enough that you can write to a real problem.</w:t>
      </w:r>
    </w:p>
    <w:p>
      <w:pPr/>
      <w:r>
        <w:rPr>
          <w:rFonts w:ascii="Georgia" w:hAnsi="Georgia"/>
          <w:b/>
          <w:i w:val="0"/>
          <w:sz w:val="20"/>
        </w:rPr>
        <w:t>Who are we helping?</w:t>
      </w:r>
    </w:p>
    <w:p>
      <w:pPr/>
      <w:r>
        <w:rPr>
          <w:rFonts w:ascii="Georgia" w:hAnsi="Georgia"/>
          <w:b w:val="0"/>
          <w:i w:val="0"/>
          <w:sz w:val="20"/>
        </w:rPr>
        <w:t>Write one sentence, not a demographic novel.</w:t>
      </w:r>
    </w:p>
    <w:p>
      <w:pPr/>
      <w:r>
        <w:rPr>
          <w:rFonts w:ascii="Georgia" w:hAnsi="Georgia"/>
          <w:b w:val="0"/>
          <w:i w:val="0"/>
          <w:sz w:val="20"/>
        </w:rPr>
        <w:t>__________________________________________________________</w:t>
      </w:r>
    </w:p>
    <w:p>
      <w:pPr/>
      <w:r>
        <w:rPr>
          <w:rFonts w:ascii="Georgia" w:hAnsi="Georgia"/>
          <w:b/>
          <w:i w:val="0"/>
          <w:sz w:val="20"/>
        </w:rPr>
        <w:t>What are they trying to accomplish?</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spacing w:after="20"/>
        <w:ind w:left="403" w:hanging="317"/>
      </w:pPr>
      <w:r>
        <w:rPr>
          <w:rFonts w:ascii="Georgia" w:hAnsi="Georgia"/>
          <w:b w:val="0"/>
          <w:i w:val="0"/>
          <w:sz w:val="20"/>
        </w:rPr>
        <w:t>4. _________________________________________________</w:t>
      </w:r>
    </w:p>
    <w:p>
      <w:pPr>
        <w:spacing w:after="20"/>
        <w:ind w:left="403" w:hanging="317"/>
      </w:pPr>
      <w:r>
        <w:rPr>
          <w:rFonts w:ascii="Georgia" w:hAnsi="Georgia"/>
          <w:b w:val="0"/>
          <w:i w:val="0"/>
          <w:sz w:val="20"/>
        </w:rPr>
        <w:t>5. _________________________________________________</w:t>
      </w:r>
    </w:p>
    <w:p>
      <w:pPr/>
      <w:r>
        <w:rPr>
          <w:rFonts w:ascii="Georgia" w:hAnsi="Georgia"/>
          <w:b/>
          <w:i w:val="0"/>
          <w:sz w:val="20"/>
        </w:rPr>
        <w:t>What keeps getting in the way?</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spacing w:after="20"/>
        <w:ind w:left="403" w:hanging="317"/>
      </w:pPr>
      <w:r>
        <w:rPr>
          <w:rFonts w:ascii="Georgia" w:hAnsi="Georgia"/>
          <w:b w:val="0"/>
          <w:i w:val="0"/>
          <w:sz w:val="20"/>
        </w:rPr>
        <w:t>4. _________________________________________________</w:t>
      </w:r>
    </w:p>
    <w:p>
      <w:pPr>
        <w:spacing w:after="20"/>
        <w:ind w:left="403" w:hanging="317"/>
      </w:pPr>
      <w:r>
        <w:rPr>
          <w:rFonts w:ascii="Georgia" w:hAnsi="Georgia"/>
          <w:b w:val="0"/>
          <w:i w:val="0"/>
          <w:sz w:val="20"/>
        </w:rPr>
        <w:t>5. _________________________________________________</w:t>
      </w:r>
    </w:p>
    <w:p>
      <w:pPr/>
      <w:r>
        <w:rPr>
          <w:rFonts w:ascii="Georgia" w:hAnsi="Georgia"/>
          <w:b/>
          <w:i w:val="0"/>
          <w:sz w:val="20"/>
        </w:rPr>
        <w:t>What decisions are hard for them?</w:t>
      </w:r>
    </w:p>
    <w:p>
      <w:pPr/>
      <w:r>
        <w:rPr>
          <w:rFonts w:ascii="Georgia" w:hAnsi="Georgia"/>
          <w:b w:val="0"/>
          <w:i w:val="0"/>
          <w:sz w:val="20"/>
        </w:rPr>
        <w:t>__________________________________________________________</w:t>
      </w:r>
    </w:p>
    <w:p>
      <w:pPr/>
      <w:r>
        <w:rPr>
          <w:rFonts w:ascii="Georgia" w:hAnsi="Georgia"/>
          <w:b/>
          <w:i w:val="0"/>
          <w:sz w:val="20"/>
        </w:rPr>
        <w:t>What are they afraid of getting wrong?</w:t>
      </w:r>
    </w:p>
    <w:p>
      <w:pPr/>
      <w:r>
        <w:rPr>
          <w:rFonts w:ascii="Georgia" w:hAnsi="Georgia"/>
          <w:b w:val="0"/>
          <w:i w:val="0"/>
          <w:sz w:val="20"/>
        </w:rPr>
        <w:t>__________________________________________________________</w:t>
      </w:r>
    </w:p>
    <w:p>
      <w:pPr/>
      <w:r>
        <w:rPr>
          <w:rFonts w:ascii="Georgia" w:hAnsi="Georgia"/>
          <w:b/>
          <w:i w:val="0"/>
          <w:sz w:val="20"/>
        </w:rPr>
        <w:t>What have they already tried?</w:t>
      </w:r>
    </w:p>
    <w:p>
      <w:pPr/>
      <w:r>
        <w:rPr>
          <w:rFonts w:ascii="Georgia" w:hAnsi="Georgia"/>
          <w:b w:val="0"/>
          <w:i w:val="0"/>
          <w:sz w:val="20"/>
        </w:rPr>
        <w:t>__________________________________________________________</w:t>
      </w:r>
    </w:p>
    <w:p>
      <w:pPr/>
      <w:r>
        <w:rPr>
          <w:rFonts w:ascii="Georgia" w:hAnsi="Georgia"/>
          <w:b/>
          <w:i w:val="0"/>
          <w:sz w:val="20"/>
        </w:rPr>
        <w:t>What do they need to believe before buying?</w:t>
      </w:r>
    </w:p>
    <w:p>
      <w:pPr/>
      <w:r>
        <w:rPr>
          <w:rFonts w:ascii="Georgia" w:hAnsi="Georgia"/>
          <w:b w:val="0"/>
          <w:i w:val="0"/>
          <w:sz w:val="20"/>
        </w:rPr>
        <w:t>__________________________________________________________</w:t>
      </w:r>
    </w:p>
    <w:p>
      <w:pPr/>
      <w:r>
        <w:rPr>
          <w:rFonts w:ascii="Georgia" w:hAnsi="Georgia"/>
          <w:b/>
          <w:i w:val="0"/>
          <w:sz w:val="20"/>
        </w:rPr>
        <w:t>What words do they use to describe the problem?</w:t>
      </w:r>
    </w:p>
    <w:p>
      <w:pPr/>
      <w:r>
        <w:rPr>
          <w:rFonts w:ascii="Georgia" w:hAnsi="Georgia"/>
          <w:b w:val="0"/>
          <w:i w:val="0"/>
          <w:sz w:val="20"/>
        </w:rPr>
        <w:t>__________________________________________________________</w:t>
      </w:r>
    </w:p>
    <w:p>
      <w:pPr>
        <w:pStyle w:val="Heading3"/>
        <w:keepNext/>
      </w:pPr>
      <w:r>
        <w:t>The 25-Question Bank</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spacing w:after="20"/>
        <w:ind w:left="403" w:hanging="317"/>
      </w:pPr>
      <w:r>
        <w:rPr>
          <w:rFonts w:ascii="Georgia" w:hAnsi="Georgia"/>
          <w:b w:val="0"/>
          <w:i w:val="0"/>
          <w:sz w:val="20"/>
        </w:rPr>
        <w:t>4. _________________________________________________</w:t>
      </w:r>
    </w:p>
    <w:p>
      <w:pPr>
        <w:spacing w:after="20"/>
        <w:ind w:left="403" w:hanging="317"/>
      </w:pPr>
      <w:r>
        <w:rPr>
          <w:rFonts w:ascii="Georgia" w:hAnsi="Georgia"/>
          <w:b w:val="0"/>
          <w:i w:val="0"/>
          <w:sz w:val="20"/>
        </w:rPr>
        <w:t>5. _________________________________________________</w:t>
      </w:r>
    </w:p>
    <w:p>
      <w:pPr>
        <w:spacing w:after="20"/>
        <w:ind w:left="403" w:hanging="317"/>
      </w:pPr>
      <w:r>
        <w:rPr>
          <w:rFonts w:ascii="Georgia" w:hAnsi="Georgia"/>
          <w:b w:val="0"/>
          <w:i w:val="0"/>
          <w:sz w:val="20"/>
        </w:rPr>
        <w:t>6. _________________________________________________</w:t>
      </w:r>
    </w:p>
    <w:p>
      <w:pPr>
        <w:spacing w:after="20"/>
        <w:ind w:left="403" w:hanging="317"/>
      </w:pPr>
      <w:r>
        <w:rPr>
          <w:rFonts w:ascii="Georgia" w:hAnsi="Georgia"/>
          <w:b w:val="0"/>
          <w:i w:val="0"/>
          <w:sz w:val="20"/>
        </w:rPr>
        <w:t>7. _________________________________________________</w:t>
      </w:r>
    </w:p>
    <w:p>
      <w:pPr>
        <w:spacing w:after="20"/>
        <w:ind w:left="403" w:hanging="317"/>
      </w:pPr>
      <w:r>
        <w:rPr>
          <w:rFonts w:ascii="Georgia" w:hAnsi="Georgia"/>
          <w:b w:val="0"/>
          <w:i w:val="0"/>
          <w:sz w:val="20"/>
        </w:rPr>
        <w:t>8. _________________________________________________</w:t>
      </w:r>
    </w:p>
    <w:p>
      <w:pPr>
        <w:spacing w:after="20"/>
        <w:ind w:left="403" w:hanging="317"/>
      </w:pPr>
      <w:r>
        <w:rPr>
          <w:rFonts w:ascii="Georgia" w:hAnsi="Georgia"/>
          <w:b w:val="0"/>
          <w:i w:val="0"/>
          <w:sz w:val="20"/>
        </w:rPr>
        <w:t>9. _________________________________________________</w:t>
      </w:r>
    </w:p>
    <w:p>
      <w:pPr>
        <w:spacing w:after="20"/>
        <w:ind w:left="403" w:hanging="317"/>
      </w:pPr>
      <w:r>
        <w:rPr>
          <w:rFonts w:ascii="Georgia" w:hAnsi="Georgia"/>
          <w:b w:val="0"/>
          <w:i w:val="0"/>
          <w:sz w:val="20"/>
        </w:rPr>
        <w:t>10. ________________________________________________</w:t>
      </w:r>
    </w:p>
    <w:p>
      <w:pPr>
        <w:spacing w:after="20"/>
        <w:ind w:left="403" w:hanging="317"/>
      </w:pPr>
      <w:r>
        <w:rPr>
          <w:rFonts w:ascii="Georgia" w:hAnsi="Georgia"/>
          <w:b w:val="0"/>
          <w:i w:val="0"/>
          <w:sz w:val="20"/>
        </w:rPr>
        <w:t>11. ________________________________________________</w:t>
      </w:r>
    </w:p>
    <w:p>
      <w:pPr>
        <w:spacing w:after="20"/>
        <w:ind w:left="403" w:hanging="317"/>
      </w:pPr>
      <w:r>
        <w:rPr>
          <w:rFonts w:ascii="Georgia" w:hAnsi="Georgia"/>
          <w:b w:val="0"/>
          <w:i w:val="0"/>
          <w:sz w:val="20"/>
        </w:rPr>
        <w:t>12. ________________________________________________</w:t>
      </w:r>
    </w:p>
    <w:p>
      <w:pPr>
        <w:spacing w:after="20"/>
        <w:ind w:left="403" w:hanging="317"/>
      </w:pPr>
      <w:r>
        <w:rPr>
          <w:rFonts w:ascii="Georgia" w:hAnsi="Georgia"/>
          <w:b w:val="0"/>
          <w:i w:val="0"/>
          <w:sz w:val="20"/>
        </w:rPr>
        <w:t>13. ________________________________________________</w:t>
      </w:r>
    </w:p>
    <w:p>
      <w:pPr>
        <w:spacing w:after="20"/>
        <w:ind w:left="403" w:hanging="317"/>
      </w:pPr>
      <w:r>
        <w:rPr>
          <w:rFonts w:ascii="Georgia" w:hAnsi="Georgia"/>
          <w:b w:val="0"/>
          <w:i w:val="0"/>
          <w:sz w:val="20"/>
        </w:rPr>
        <w:t>14. ________________________________________________</w:t>
      </w:r>
    </w:p>
    <w:p>
      <w:pPr>
        <w:spacing w:after="20"/>
        <w:ind w:left="403" w:hanging="317"/>
      </w:pPr>
      <w:r>
        <w:rPr>
          <w:rFonts w:ascii="Georgia" w:hAnsi="Georgia"/>
          <w:b w:val="0"/>
          <w:i w:val="0"/>
          <w:sz w:val="20"/>
        </w:rPr>
        <w:t>15. ________________________________________________</w:t>
      </w:r>
    </w:p>
    <w:p>
      <w:pPr>
        <w:spacing w:after="20"/>
        <w:ind w:left="403" w:hanging="317"/>
      </w:pPr>
      <w:r>
        <w:rPr>
          <w:rFonts w:ascii="Georgia" w:hAnsi="Georgia"/>
          <w:b w:val="0"/>
          <w:i w:val="0"/>
          <w:sz w:val="20"/>
        </w:rPr>
        <w:t>16. ________________________________________________</w:t>
      </w:r>
    </w:p>
    <w:p>
      <w:pPr>
        <w:spacing w:after="20"/>
        <w:ind w:left="403" w:hanging="317"/>
      </w:pPr>
      <w:r>
        <w:rPr>
          <w:rFonts w:ascii="Georgia" w:hAnsi="Georgia"/>
          <w:b w:val="0"/>
          <w:i w:val="0"/>
          <w:sz w:val="20"/>
        </w:rPr>
        <w:t>17. ________________________________________________</w:t>
      </w:r>
    </w:p>
    <w:p>
      <w:pPr>
        <w:spacing w:after="20"/>
        <w:ind w:left="403" w:hanging="317"/>
      </w:pPr>
      <w:r>
        <w:rPr>
          <w:rFonts w:ascii="Georgia" w:hAnsi="Georgia"/>
          <w:b w:val="0"/>
          <w:i w:val="0"/>
          <w:sz w:val="20"/>
        </w:rPr>
        <w:t>18. ________________________________________________</w:t>
      </w:r>
    </w:p>
    <w:p>
      <w:pPr>
        <w:spacing w:after="20"/>
        <w:ind w:left="403" w:hanging="317"/>
      </w:pPr>
      <w:r>
        <w:rPr>
          <w:rFonts w:ascii="Georgia" w:hAnsi="Georgia"/>
          <w:b w:val="0"/>
          <w:i w:val="0"/>
          <w:sz w:val="20"/>
        </w:rPr>
        <w:t>19. ________________________________________________</w:t>
      </w:r>
    </w:p>
    <w:p>
      <w:pPr>
        <w:spacing w:after="20"/>
        <w:ind w:left="403" w:hanging="317"/>
      </w:pPr>
      <w:r>
        <w:rPr>
          <w:rFonts w:ascii="Georgia" w:hAnsi="Georgia"/>
          <w:b w:val="0"/>
          <w:i w:val="0"/>
          <w:sz w:val="20"/>
        </w:rPr>
        <w:t>20. ________________________________________________</w:t>
      </w:r>
    </w:p>
    <w:p>
      <w:pPr>
        <w:spacing w:after="20"/>
        <w:ind w:left="403" w:hanging="317"/>
      </w:pPr>
      <w:r>
        <w:rPr>
          <w:rFonts w:ascii="Georgia" w:hAnsi="Georgia"/>
          <w:b w:val="0"/>
          <w:i w:val="0"/>
          <w:sz w:val="20"/>
        </w:rPr>
        <w:t>21. ________________________________________________</w:t>
      </w:r>
    </w:p>
    <w:p>
      <w:pPr>
        <w:spacing w:after="20"/>
        <w:ind w:left="403" w:hanging="317"/>
      </w:pPr>
      <w:r>
        <w:rPr>
          <w:rFonts w:ascii="Georgia" w:hAnsi="Georgia"/>
          <w:b w:val="0"/>
          <w:i w:val="0"/>
          <w:sz w:val="20"/>
        </w:rPr>
        <w:t>22. ________________________________________________</w:t>
      </w:r>
    </w:p>
    <w:p>
      <w:pPr>
        <w:spacing w:after="20"/>
        <w:ind w:left="403" w:hanging="317"/>
      </w:pPr>
      <w:r>
        <w:rPr>
          <w:rFonts w:ascii="Georgia" w:hAnsi="Georgia"/>
          <w:b w:val="0"/>
          <w:i w:val="0"/>
          <w:sz w:val="20"/>
        </w:rPr>
        <w:t>23. ________________________________________________</w:t>
      </w:r>
    </w:p>
    <w:p>
      <w:pPr>
        <w:spacing w:after="20"/>
        <w:ind w:left="403" w:hanging="317"/>
      </w:pPr>
      <w:r>
        <w:rPr>
          <w:rFonts w:ascii="Georgia" w:hAnsi="Georgia"/>
          <w:b w:val="0"/>
          <w:i w:val="0"/>
          <w:sz w:val="20"/>
        </w:rPr>
        <w:t>24. ________________________________________________</w:t>
      </w:r>
    </w:p>
    <w:p>
      <w:pPr>
        <w:spacing w:after="20"/>
        <w:ind w:left="403" w:hanging="317"/>
      </w:pPr>
      <w:r>
        <w:rPr>
          <w:rFonts w:ascii="Georgia" w:hAnsi="Georgia"/>
          <w:b w:val="0"/>
          <w:i w:val="0"/>
          <w:sz w:val="20"/>
        </w:rPr>
        <w:t>25. ________________________________________________</w:t>
      </w:r>
    </w:p>
    <w:p>
      <w:pPr>
        <w:pStyle w:val="Heading2"/>
        <w:keepNext/>
      </w:pPr>
      <w:r>
        <w:t>TEMPLATE 3 — Content Territory Map</w:t>
      </w:r>
    </w:p>
    <w:p>
      <w:pPr/>
      <w:r>
        <w:rPr>
          <w:rFonts w:ascii="Georgia" w:hAnsi="Georgia"/>
          <w:b/>
          <w:i w:val="0"/>
          <w:sz w:val="20"/>
        </w:rPr>
        <w:t>Purpose:</w:t>
      </w:r>
      <w:r>
        <w:rPr>
          <w:rFonts w:ascii="Georgia" w:hAnsi="Georgia"/>
          <w:b w:val="0"/>
          <w:i w:val="0"/>
          <w:sz w:val="20"/>
        </w:rPr>
        <w:t xml:space="preserve"> Decide what your business should repeatedly talk about — and what it should not.</w:t>
      </w:r>
    </w:p>
    <w:p>
      <w:pPr/>
      <w:r>
        <w:rPr>
          <w:rFonts w:ascii="Georgia" w:hAnsi="Georgia"/>
          <w:b/>
          <w:i w:val="0"/>
          <w:sz w:val="20"/>
        </w:rPr>
        <w:t>Content promise:</w:t>
      </w:r>
    </w:p>
    <w:p>
      <w:pPr/>
      <w:r>
        <w:rPr>
          <w:rFonts w:ascii="Georgia" w:hAnsi="Georgia"/>
          <w:b w:val="0"/>
          <w:i w:val="0"/>
          <w:sz w:val="20"/>
        </w:rPr>
        <w:t>“We help __________________________________ understand / do / improve __________________________________.”</w:t>
      </w:r>
    </w:p>
    <w:p>
      <w:pPr>
        <w:pStyle w:val="Heading3"/>
        <w:keepNext/>
      </w:pPr>
      <w:r>
        <w:t>Pillar 1: __________________________</w:t>
      </w:r>
    </w:p>
    <w:p>
      <w:pPr/>
      <w:r>
        <w:rPr>
          <w:rFonts w:ascii="Georgia" w:hAnsi="Georgia"/>
          <w:b w:val="0"/>
          <w:i w:val="0"/>
          <w:sz w:val="20"/>
        </w:rPr>
        <w:t>Themes / questions:</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Heading3"/>
        <w:keepNext/>
      </w:pPr>
      <w:r>
        <w:t>Pillar 2: __________________________</w:t>
      </w:r>
    </w:p>
    <w:p>
      <w:pPr/>
      <w:r>
        <w:rPr>
          <w:rFonts w:ascii="Georgia" w:hAnsi="Georgia"/>
          <w:b w:val="0"/>
          <w:i w:val="0"/>
          <w:sz w:val="20"/>
        </w:rPr>
        <w:t>Themes / questions:</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Heading3"/>
        <w:keepNext/>
      </w:pPr>
      <w:r>
        <w:t>Pillar 3: __________________________</w:t>
      </w:r>
    </w:p>
    <w:p>
      <w:pPr/>
      <w:r>
        <w:rPr>
          <w:rFonts w:ascii="Georgia" w:hAnsi="Georgia"/>
          <w:b w:val="0"/>
          <w:i w:val="0"/>
          <w:sz w:val="20"/>
        </w:rPr>
        <w:t>Themes / questions:</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Heading3"/>
        <w:keepNext/>
      </w:pPr>
      <w:r>
        <w:t>Pillar 4: __________________________</w:t>
      </w:r>
    </w:p>
    <w:p>
      <w:pPr/>
      <w:r>
        <w:rPr>
          <w:rFonts w:ascii="Georgia" w:hAnsi="Georgia"/>
          <w:b w:val="0"/>
          <w:i w:val="0"/>
          <w:sz w:val="20"/>
        </w:rPr>
        <w:t>Themes / questions:</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Heading3"/>
        <w:keepNext/>
      </w:pPr>
      <w:r>
        <w:t>Pillar 5: __________________________</w:t>
      </w:r>
    </w:p>
    <w:p>
      <w:pPr/>
      <w:r>
        <w:rPr>
          <w:rFonts w:ascii="Georgia" w:hAnsi="Georgia"/>
          <w:b w:val="0"/>
          <w:i w:val="0"/>
          <w:sz w:val="20"/>
        </w:rPr>
        <w:t>Themes / questions:</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Heading3"/>
        <w:keepNext/>
      </w:pPr>
      <w:r>
        <w:t>Not-Our-Content List</w:t>
      </w:r>
    </w:p>
    <w:p>
      <w:pPr/>
      <w:r>
        <w:rPr>
          <w:rFonts w:ascii="Georgia" w:hAnsi="Georgia"/>
          <w:b w:val="0"/>
          <w:i w:val="0"/>
          <w:sz w:val="20"/>
        </w:rPr>
        <w:t>We will generally avoid spending business-content time on:</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spacing w:after="20"/>
        <w:ind w:left="403" w:hanging="317"/>
      </w:pPr>
      <w:r>
        <w:rPr>
          <w:rFonts w:ascii="Georgia" w:hAnsi="Georgia"/>
          <w:b w:val="0"/>
          <w:i w:val="0"/>
          <w:sz w:val="20"/>
        </w:rPr>
        <w:t>4. _________________________________________________</w:t>
      </w:r>
    </w:p>
    <w:p>
      <w:pPr>
        <w:spacing w:after="20"/>
        <w:ind w:left="403" w:hanging="317"/>
      </w:pPr>
      <w:r>
        <w:rPr>
          <w:rFonts w:ascii="Georgia" w:hAnsi="Georgia"/>
          <w:b w:val="0"/>
          <w:i w:val="0"/>
          <w:sz w:val="20"/>
        </w:rPr>
        <w:t>5. _________________________________________________</w:t>
      </w:r>
    </w:p>
    <w:p>
      <w:pPr>
        <w:pStyle w:val="Heading2"/>
        <w:keepNext/>
      </w:pPr>
      <w:r>
        <w:t>TEMPLATE 4 — 100-Idea Content Generator</w:t>
      </w:r>
    </w:p>
    <w:p>
      <w:pPr/>
      <w:r>
        <w:rPr>
          <w:rFonts w:ascii="Georgia" w:hAnsi="Georgia"/>
          <w:b/>
          <w:i w:val="0"/>
          <w:sz w:val="20"/>
        </w:rPr>
        <w:t>Purpose:</w:t>
      </w:r>
      <w:r>
        <w:rPr>
          <w:rFonts w:ascii="Georgia" w:hAnsi="Georgia"/>
          <w:b w:val="0"/>
          <w:i w:val="0"/>
          <w:sz w:val="20"/>
        </w:rPr>
        <w:t xml:space="preserve"> Turn ten recurring problems into a deep idea bank.</w:t>
      </w:r>
    </w:p>
    <w:p>
      <w:pPr/>
      <w:r>
        <w:rPr>
          <w:rFonts w:ascii="Georgia" w:hAnsi="Georgia"/>
          <w:b w:val="0"/>
          <w:i w:val="0"/>
          <w:sz w:val="20"/>
        </w:rPr>
        <w:t>Choose ten customer problems. For each one, complete as many angles as useful.</w:t>
      </w:r>
    </w:p>
    <w:tbl>
      <w:tblPr>
        <w:tblStyle w:val="TableGrid"/>
        <w:tblW w:type="auto" w:w="0"/>
        <w:jc w:val="center"/>
        <w:tblLook w:firstColumn="1" w:firstRow="1" w:lastColumn="0" w:lastRow="0" w:noHBand="0" w:noVBand="1" w:val="04A0"/>
      </w:tblPr>
      <w:tblGrid>
        <w:gridCol w:w="924"/>
        <w:gridCol w:w="924"/>
        <w:gridCol w:w="924"/>
        <w:gridCol w:w="924"/>
        <w:gridCol w:w="924"/>
        <w:gridCol w:w="924"/>
        <w:gridCol w:w="924"/>
        <w:gridCol w:w="924"/>
        <w:gridCol w:w="924"/>
        <w:gridCol w:w="924"/>
        <w:gridCol w:w="924"/>
      </w:tblGrid>
      <w:tr>
        <w:trPr>
          <w:tblHeader w:val="true"/>
        </w:trPr>
        <w:tc>
          <w:tcPr>
            <w:tcW w:type="dxa" w:w="924"/>
            <w:vAlign w:val="center"/>
            <w:shd w:fill="E8E8E8"/>
          </w:tcPr>
          <w:p>
            <w:pPr>
              <w:spacing w:after="0"/>
            </w:pPr>
            <w:r>
              <w:rPr>
                <w:rFonts w:ascii="Arial" w:hAnsi="Arial"/>
                <w:b/>
                <w:i w:val="0"/>
                <w:sz w:val="15"/>
              </w:rPr>
              <w:t>Problem</w:t>
            </w:r>
          </w:p>
        </w:tc>
        <w:tc>
          <w:tcPr>
            <w:tcW w:type="dxa" w:w="924"/>
            <w:vAlign w:val="center"/>
            <w:shd w:fill="E8E8E8"/>
          </w:tcPr>
          <w:p>
            <w:pPr>
              <w:spacing w:after="0"/>
            </w:pPr>
            <w:r>
              <w:rPr>
                <w:rFonts w:ascii="Arial" w:hAnsi="Arial"/>
                <w:b/>
                <w:i w:val="0"/>
                <w:sz w:val="15"/>
              </w:rPr>
              <w:t>How To</w:t>
            </w:r>
          </w:p>
        </w:tc>
        <w:tc>
          <w:tcPr>
            <w:tcW w:type="dxa" w:w="924"/>
            <w:vAlign w:val="center"/>
            <w:shd w:fill="E8E8E8"/>
          </w:tcPr>
          <w:p>
            <w:pPr>
              <w:spacing w:after="0"/>
            </w:pPr>
            <w:r>
              <w:rPr>
                <w:rFonts w:ascii="Arial" w:hAnsi="Arial"/>
                <w:b/>
                <w:i w:val="0"/>
                <w:sz w:val="15"/>
              </w:rPr>
              <w:t>Why</w:t>
            </w:r>
          </w:p>
        </w:tc>
        <w:tc>
          <w:tcPr>
            <w:tcW w:type="dxa" w:w="924"/>
            <w:vAlign w:val="center"/>
            <w:shd w:fill="E8E8E8"/>
          </w:tcPr>
          <w:p>
            <w:pPr>
              <w:spacing w:after="0"/>
            </w:pPr>
            <w:r>
              <w:rPr>
                <w:rFonts w:ascii="Arial" w:hAnsi="Arial"/>
                <w:b/>
                <w:i w:val="0"/>
                <w:sz w:val="15"/>
              </w:rPr>
              <w:t>Mistake</w:t>
            </w:r>
          </w:p>
        </w:tc>
        <w:tc>
          <w:tcPr>
            <w:tcW w:type="dxa" w:w="924"/>
            <w:vAlign w:val="center"/>
            <w:shd w:fill="E8E8E8"/>
          </w:tcPr>
          <w:p>
            <w:pPr>
              <w:spacing w:after="0"/>
            </w:pPr>
            <w:r>
              <w:rPr>
                <w:rFonts w:ascii="Arial" w:hAnsi="Arial"/>
                <w:b/>
                <w:i w:val="0"/>
                <w:sz w:val="15"/>
              </w:rPr>
              <w:t>Checklist</w:t>
            </w:r>
          </w:p>
        </w:tc>
        <w:tc>
          <w:tcPr>
            <w:tcW w:type="dxa" w:w="924"/>
            <w:vAlign w:val="center"/>
            <w:shd w:fill="E8E8E8"/>
          </w:tcPr>
          <w:p>
            <w:pPr>
              <w:spacing w:after="0"/>
            </w:pPr>
            <w:r>
              <w:rPr>
                <w:rFonts w:ascii="Arial" w:hAnsi="Arial"/>
                <w:b/>
                <w:i w:val="0"/>
                <w:sz w:val="15"/>
              </w:rPr>
              <w:t>Comparison</w:t>
            </w:r>
          </w:p>
        </w:tc>
        <w:tc>
          <w:tcPr>
            <w:tcW w:type="dxa" w:w="924"/>
            <w:vAlign w:val="center"/>
            <w:shd w:fill="E8E8E8"/>
          </w:tcPr>
          <w:p>
            <w:pPr>
              <w:spacing w:after="0"/>
            </w:pPr>
            <w:r>
              <w:rPr>
                <w:rFonts w:ascii="Arial" w:hAnsi="Arial"/>
                <w:b/>
                <w:i w:val="0"/>
                <w:sz w:val="15"/>
              </w:rPr>
              <w:t>Case</w:t>
            </w:r>
          </w:p>
        </w:tc>
        <w:tc>
          <w:tcPr>
            <w:tcW w:type="dxa" w:w="924"/>
            <w:vAlign w:val="center"/>
            <w:shd w:fill="E8E8E8"/>
          </w:tcPr>
          <w:p>
            <w:pPr>
              <w:spacing w:after="0"/>
            </w:pPr>
            <w:r>
              <w:rPr>
                <w:rFonts w:ascii="Arial" w:hAnsi="Arial"/>
                <w:b/>
                <w:i w:val="0"/>
                <w:sz w:val="15"/>
              </w:rPr>
              <w:t>Myth</w:t>
            </w:r>
          </w:p>
        </w:tc>
        <w:tc>
          <w:tcPr>
            <w:tcW w:type="dxa" w:w="924"/>
            <w:vAlign w:val="center"/>
            <w:shd w:fill="E8E8E8"/>
          </w:tcPr>
          <w:p>
            <w:pPr>
              <w:spacing w:after="0"/>
            </w:pPr>
            <w:r>
              <w:rPr>
                <w:rFonts w:ascii="Arial" w:hAnsi="Arial"/>
                <w:b/>
                <w:i w:val="0"/>
                <w:sz w:val="15"/>
              </w:rPr>
              <w:t>Warning</w:t>
            </w:r>
          </w:p>
        </w:tc>
        <w:tc>
          <w:tcPr>
            <w:tcW w:type="dxa" w:w="924"/>
            <w:vAlign w:val="center"/>
            <w:shd w:fill="E8E8E8"/>
          </w:tcPr>
          <w:p>
            <w:pPr>
              <w:spacing w:after="0"/>
            </w:pPr>
            <w:r>
              <w:rPr>
                <w:rFonts w:ascii="Arial" w:hAnsi="Arial"/>
                <w:b/>
                <w:i w:val="0"/>
                <w:sz w:val="15"/>
              </w:rPr>
              <w:t>Framework</w:t>
            </w:r>
          </w:p>
        </w:tc>
        <w:tc>
          <w:tcPr>
            <w:tcW w:type="dxa" w:w="924"/>
            <w:vAlign w:val="center"/>
            <w:shd w:fill="E8E8E8"/>
          </w:tcPr>
          <w:p>
            <w:pPr>
              <w:spacing w:after="0"/>
            </w:pPr>
            <w:r>
              <w:rPr>
                <w:rFonts w:ascii="Arial" w:hAnsi="Arial"/>
                <w:b/>
                <w:i w:val="0"/>
                <w:sz w:val="15"/>
              </w:rPr>
              <w:t>FAQ</w:t>
            </w:r>
          </w:p>
        </w:tc>
      </w:tr>
      <w:tr>
        <w:tc>
          <w:tcPr>
            <w:tcW w:type="dxa" w:w="924"/>
            <w:vAlign w:val="center"/>
          </w:tcPr>
          <w:p>
            <w:pPr>
              <w:spacing w:after="0"/>
            </w:pPr>
            <w:r>
              <w:rPr>
                <w:rFonts w:ascii="Arial" w:hAnsi="Arial"/>
                <w:b w:val="0"/>
                <w:i w:val="0"/>
                <w:sz w:val="15"/>
              </w:rPr>
              <w:t>1</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2</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3</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4</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5</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6</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7</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8</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9</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r>
        <w:tc>
          <w:tcPr>
            <w:tcW w:type="dxa" w:w="924"/>
            <w:vAlign w:val="center"/>
          </w:tcPr>
          <w:p>
            <w:pPr>
              <w:spacing w:after="0"/>
            </w:pPr>
            <w:r>
              <w:rPr>
                <w:rFonts w:ascii="Arial" w:hAnsi="Arial"/>
                <w:b w:val="0"/>
                <w:i w:val="0"/>
                <w:sz w:val="15"/>
              </w:rPr>
              <w:t>10</w:t>
            </w: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c>
          <w:tcPr>
            <w:tcW w:type="dxa" w:w="924"/>
            <w:vAlign w:val="center"/>
          </w:tcPr>
          <w:p>
            <w:pPr>
              <w:spacing w:after="0"/>
            </w:pPr>
          </w:p>
        </w:tc>
      </w:tr>
    </w:tbl>
    <w:p>
      <w:pPr>
        <w:spacing w:after="40"/>
      </w:pPr>
    </w:p>
    <w:p>
      <w:pPr>
        <w:pStyle w:val="Heading3"/>
        <w:keepNext/>
      </w:pPr>
      <w:r>
        <w:t>Idea scoring</w:t>
      </w:r>
    </w:p>
    <w:p>
      <w:pPr/>
      <w:r>
        <w:rPr>
          <w:rFonts w:ascii="Georgia" w:hAnsi="Georgia"/>
          <w:b w:val="0"/>
          <w:i w:val="0"/>
          <w:sz w:val="20"/>
        </w:rPr>
        <w:t>For the most promising ideas, mark High / Medium / Low:</w:t>
      </w:r>
    </w:p>
    <w:p>
      <w:pPr>
        <w:pStyle w:val="ListBullet"/>
        <w:spacing w:after="20"/>
      </w:pPr>
      <w:r>
        <w:rPr>
          <w:rFonts w:ascii="Georgia" w:hAnsi="Georgia"/>
          <w:b w:val="0"/>
          <w:i w:val="0"/>
          <w:sz w:val="20"/>
        </w:rPr>
        <w:t>Audience relevance: H / M / L</w:t>
      </w:r>
    </w:p>
    <w:p>
      <w:pPr>
        <w:pStyle w:val="ListBullet"/>
        <w:spacing w:after="20"/>
      </w:pPr>
      <w:r>
        <w:rPr>
          <w:rFonts w:ascii="Georgia" w:hAnsi="Georgia"/>
          <w:b w:val="0"/>
          <w:i w:val="0"/>
          <w:sz w:val="20"/>
        </w:rPr>
        <w:t>Usefulness: H / M / L</w:t>
      </w:r>
    </w:p>
    <w:p>
      <w:pPr>
        <w:pStyle w:val="ListBullet"/>
        <w:spacing w:after="20"/>
      </w:pPr>
      <w:r>
        <w:rPr>
          <w:rFonts w:ascii="Georgia" w:hAnsi="Georgia"/>
          <w:b w:val="0"/>
          <w:i w:val="0"/>
          <w:sz w:val="20"/>
        </w:rPr>
        <w:t>Business fit: H / M / L</w:t>
      </w:r>
    </w:p>
    <w:p>
      <w:pPr>
        <w:pStyle w:val="ListBullet"/>
        <w:spacing w:after="20"/>
      </w:pPr>
      <w:r>
        <w:rPr>
          <w:rFonts w:ascii="Georgia" w:hAnsi="Georgia"/>
          <w:b w:val="0"/>
          <w:i w:val="0"/>
          <w:sz w:val="20"/>
        </w:rPr>
        <w:t>Reusability: H / M / L</w:t>
      </w:r>
    </w:p>
    <w:p>
      <w:pPr>
        <w:pStyle w:val="Heading2"/>
        <w:keepNext/>
      </w:pPr>
      <w:r>
        <w:t>TEMPLATE 5 — Anchor Content Brief</w:t>
      </w:r>
    </w:p>
    <w:p>
      <w:pPr/>
      <w:r>
        <w:rPr>
          <w:rFonts w:ascii="Georgia" w:hAnsi="Georgia"/>
          <w:b/>
          <w:i w:val="0"/>
          <w:sz w:val="20"/>
        </w:rPr>
        <w:t>Purpose:</w:t>
      </w:r>
      <w:r>
        <w:rPr>
          <w:rFonts w:ascii="Georgia" w:hAnsi="Georgia"/>
          <w:b w:val="0"/>
          <w:i w:val="0"/>
          <w:sz w:val="20"/>
        </w:rPr>
        <w:t xml:space="preserve"> Turn a promising idea into a focused source asset.</w:t>
      </w:r>
    </w:p>
    <w:p>
      <w:pPr/>
      <w:r>
        <w:rPr>
          <w:rFonts w:ascii="Georgia" w:hAnsi="Georgia"/>
          <w:b/>
          <w:i w:val="0"/>
          <w:sz w:val="20"/>
        </w:rPr>
        <w:t>Working title:</w:t>
      </w:r>
      <w:r>
        <w:rPr>
          <w:rFonts w:ascii="Georgia" w:hAnsi="Georgia"/>
          <w:b w:val="0"/>
          <w:i w:val="0"/>
          <w:sz w:val="20"/>
        </w:rPr>
        <w:t xml:space="preserve"> ________________________________________</w:t>
      </w:r>
    </w:p>
    <w:p>
      <w:pPr/>
      <w:r>
        <w:rPr>
          <w:rFonts w:ascii="Georgia" w:hAnsi="Georgia"/>
          <w:b/>
          <w:i w:val="0"/>
          <w:sz w:val="20"/>
        </w:rPr>
        <w:t>Audience:</w:t>
      </w:r>
      <w:r>
        <w:rPr>
          <w:rFonts w:ascii="Georgia" w:hAnsi="Georgia"/>
          <w:b w:val="0"/>
          <w:i w:val="0"/>
          <w:sz w:val="20"/>
        </w:rPr>
        <w:t xml:space="preserve"> _____________________________________________</w:t>
      </w:r>
    </w:p>
    <w:p>
      <w:pPr/>
      <w:r>
        <w:rPr>
          <w:rFonts w:ascii="Georgia" w:hAnsi="Georgia"/>
          <w:b/>
          <w:i w:val="0"/>
          <w:sz w:val="20"/>
        </w:rPr>
        <w:t>The question/problem:</w:t>
      </w:r>
    </w:p>
    <w:p>
      <w:pPr/>
      <w:r>
        <w:rPr>
          <w:rFonts w:ascii="Georgia" w:hAnsi="Georgia"/>
          <w:b w:val="0"/>
          <w:i w:val="0"/>
          <w:sz w:val="20"/>
        </w:rPr>
        <w:t>__________________________________________________________</w:t>
      </w:r>
    </w:p>
    <w:p>
      <w:pPr/>
      <w:r>
        <w:rPr>
          <w:rFonts w:ascii="Georgia" w:hAnsi="Georgia"/>
          <w:b/>
          <w:i w:val="0"/>
          <w:sz w:val="20"/>
        </w:rPr>
        <w:t>The promise:</w:t>
      </w:r>
    </w:p>
    <w:p>
      <w:pPr/>
      <w:r>
        <w:rPr>
          <w:rFonts w:ascii="Georgia" w:hAnsi="Georgia"/>
          <w:b w:val="0"/>
          <w:i w:val="0"/>
          <w:sz w:val="20"/>
        </w:rPr>
        <w:t>After consuming this piece, the reader will be able to:</w:t>
      </w:r>
    </w:p>
    <w:p>
      <w:pPr/>
      <w:r>
        <w:rPr>
          <w:rFonts w:ascii="Georgia" w:hAnsi="Georgia"/>
          <w:b w:val="0"/>
          <w:i w:val="0"/>
          <w:sz w:val="20"/>
        </w:rPr>
        <w:t>__________________________________________________________</w:t>
      </w:r>
    </w:p>
    <w:p>
      <w:pPr/>
      <w:r>
        <w:rPr>
          <w:rFonts w:ascii="Georgia" w:hAnsi="Georgia"/>
          <w:b/>
          <w:i w:val="0"/>
          <w:sz w:val="20"/>
        </w:rPr>
        <w:t>My point of view:</w:t>
      </w:r>
    </w:p>
    <w:p>
      <w:pPr/>
      <w:r>
        <w:rPr>
          <w:rFonts w:ascii="Georgia" w:hAnsi="Georgia"/>
          <w:b w:val="0"/>
          <w:i w:val="0"/>
          <w:sz w:val="20"/>
        </w:rPr>
        <w:t>__________________________________________________________</w:t>
      </w:r>
    </w:p>
    <w:p>
      <w:pPr/>
      <w:r>
        <w:rPr>
          <w:rFonts w:ascii="Georgia" w:hAnsi="Georgia"/>
          <w:b/>
          <w:i w:val="0"/>
          <w:sz w:val="20"/>
        </w:rPr>
        <w:t>What people usually get wrong:</w:t>
      </w:r>
    </w:p>
    <w:p>
      <w:pPr/>
      <w:r>
        <w:rPr>
          <w:rFonts w:ascii="Georgia" w:hAnsi="Georgia"/>
          <w:b w:val="0"/>
          <w:i w:val="0"/>
          <w:sz w:val="20"/>
        </w:rPr>
        <w:t>__________________________________________________________</w:t>
      </w:r>
    </w:p>
    <w:p>
      <w:pPr/>
      <w:r>
        <w:rPr>
          <w:rFonts w:ascii="Georgia" w:hAnsi="Georgia"/>
          <w:b/>
          <w:i w:val="0"/>
          <w:sz w:val="20"/>
        </w:rPr>
        <w:t>Three to five key points:</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spacing w:after="20"/>
        <w:ind w:left="403" w:hanging="317"/>
      </w:pPr>
      <w:r>
        <w:rPr>
          <w:rFonts w:ascii="Georgia" w:hAnsi="Georgia"/>
          <w:b w:val="0"/>
          <w:i w:val="0"/>
          <w:sz w:val="20"/>
        </w:rPr>
        <w:t>4. _________________________________________________</w:t>
      </w:r>
    </w:p>
    <w:p>
      <w:pPr>
        <w:spacing w:after="20"/>
        <w:ind w:left="403" w:hanging="317"/>
      </w:pPr>
      <w:r>
        <w:rPr>
          <w:rFonts w:ascii="Georgia" w:hAnsi="Georgia"/>
          <w:b w:val="0"/>
          <w:i w:val="0"/>
          <w:sz w:val="20"/>
        </w:rPr>
        <w:t>5. _________________________________________________</w:t>
      </w:r>
    </w:p>
    <w:p>
      <w:pPr/>
      <w:r>
        <w:rPr>
          <w:rFonts w:ascii="Georgia" w:hAnsi="Georgia"/>
          <w:b/>
          <w:i w:val="0"/>
          <w:sz w:val="20"/>
        </w:rPr>
        <w:t>Example / story / proof:</w:t>
      </w:r>
    </w:p>
    <w:p>
      <w:pPr/>
      <w:r>
        <w:rPr>
          <w:rFonts w:ascii="Georgia" w:hAnsi="Georgia"/>
          <w:b w:val="0"/>
          <w:i w:val="0"/>
          <w:sz w:val="20"/>
        </w:rPr>
        <w:t>__________________________________________________________</w:t>
      </w:r>
    </w:p>
    <w:p>
      <w:pPr/>
      <w:r>
        <w:rPr>
          <w:rFonts w:ascii="Georgia" w:hAnsi="Georgia"/>
          <w:b/>
          <w:i w:val="0"/>
          <w:sz w:val="20"/>
        </w:rPr>
        <w:t>Best source format:</w:t>
      </w:r>
      <w:r>
        <w:rPr>
          <w:rFonts w:ascii="Georgia" w:hAnsi="Georgia"/>
          <w:b w:val="0"/>
          <w:i w:val="0"/>
          <w:sz w:val="20"/>
        </w:rPr>
        <w:t xml:space="preserve"> Writing / Audio / Video / Interview / Presentation</w:t>
      </w:r>
    </w:p>
    <w:p>
      <w:pPr/>
      <w:r>
        <w:rPr>
          <w:rFonts w:ascii="Georgia" w:hAnsi="Georgia"/>
          <w:b/>
          <w:i w:val="0"/>
          <w:sz w:val="20"/>
        </w:rPr>
        <w:t>Next useful step for the reader:</w:t>
      </w:r>
    </w:p>
    <w:p>
      <w:pPr/>
      <w:r>
        <w:rPr>
          <w:rFonts w:ascii="Georgia" w:hAnsi="Georgia"/>
          <w:b w:val="0"/>
          <w:i w:val="0"/>
          <w:sz w:val="20"/>
        </w:rPr>
        <w:t>__________________________________________________________</w:t>
      </w:r>
    </w:p>
    <w:p>
      <w:pPr>
        <w:pStyle w:val="Heading3"/>
        <w:keepNext/>
      </w:pPr>
      <w:r>
        <w:t>Seven-part anchor structure</w:t>
      </w:r>
    </w:p>
    <w:p>
      <w:pPr>
        <w:spacing w:after="20"/>
        <w:ind w:left="403" w:hanging="317"/>
      </w:pPr>
      <w:r>
        <w:rPr>
          <w:rFonts w:ascii="Georgia" w:hAnsi="Georgia"/>
          <w:b w:val="0"/>
          <w:i w:val="0"/>
          <w:sz w:val="20"/>
        </w:rPr>
        <w:t>1. Problem</w:t>
      </w:r>
    </w:p>
    <w:p>
      <w:pPr>
        <w:spacing w:after="20"/>
        <w:ind w:left="403" w:hanging="317"/>
      </w:pPr>
      <w:r>
        <w:rPr>
          <w:rFonts w:ascii="Georgia" w:hAnsi="Georgia"/>
          <w:b w:val="0"/>
          <w:i w:val="0"/>
          <w:sz w:val="20"/>
        </w:rPr>
        <w:t>2. Why it matters</w:t>
      </w:r>
    </w:p>
    <w:p>
      <w:pPr>
        <w:spacing w:after="20"/>
        <w:ind w:left="403" w:hanging="317"/>
      </w:pPr>
      <w:r>
        <w:rPr>
          <w:rFonts w:ascii="Georgia" w:hAnsi="Georgia"/>
          <w:b w:val="0"/>
          <w:i w:val="0"/>
          <w:sz w:val="20"/>
        </w:rPr>
        <w:t>3. Common mistake</w:t>
      </w:r>
    </w:p>
    <w:p>
      <w:pPr>
        <w:spacing w:after="20"/>
        <w:ind w:left="403" w:hanging="317"/>
      </w:pPr>
      <w:r>
        <w:rPr>
          <w:rFonts w:ascii="Georgia" w:hAnsi="Georgia"/>
          <w:b w:val="0"/>
          <w:i w:val="0"/>
          <w:sz w:val="20"/>
        </w:rPr>
        <w:t>4. Better approach</w:t>
      </w:r>
    </w:p>
    <w:p>
      <w:pPr>
        <w:spacing w:after="20"/>
        <w:ind w:left="403" w:hanging="317"/>
      </w:pPr>
      <w:r>
        <w:rPr>
          <w:rFonts w:ascii="Georgia" w:hAnsi="Georgia"/>
          <w:b w:val="0"/>
          <w:i w:val="0"/>
          <w:sz w:val="20"/>
        </w:rPr>
        <w:t>5. Steps</w:t>
      </w:r>
    </w:p>
    <w:p>
      <w:pPr>
        <w:spacing w:after="20"/>
        <w:ind w:left="403" w:hanging="317"/>
      </w:pPr>
      <w:r>
        <w:rPr>
          <w:rFonts w:ascii="Georgia" w:hAnsi="Georgia"/>
          <w:b w:val="0"/>
          <w:i w:val="0"/>
          <w:sz w:val="20"/>
        </w:rPr>
        <w:t>6. Example</w:t>
      </w:r>
    </w:p>
    <w:p>
      <w:pPr>
        <w:spacing w:after="20"/>
        <w:ind w:left="403" w:hanging="317"/>
      </w:pPr>
      <w:r>
        <w:rPr>
          <w:rFonts w:ascii="Georgia" w:hAnsi="Georgia"/>
          <w:b w:val="0"/>
          <w:i w:val="0"/>
          <w:sz w:val="20"/>
        </w:rPr>
        <w:t>7. Action</w:t>
      </w:r>
    </w:p>
    <w:p>
      <w:pPr>
        <w:pStyle w:val="Heading2"/>
        <w:keepNext/>
      </w:pPr>
      <w:r>
        <w:t>TEMPLATE 6 — AI Content Master Prompt</w:t>
      </w:r>
    </w:p>
    <w:p>
      <w:pPr/>
      <w:r>
        <w:rPr>
          <w:rFonts w:ascii="Georgia" w:hAnsi="Georgia"/>
          <w:b/>
          <w:i w:val="0"/>
          <w:sz w:val="20"/>
        </w:rPr>
        <w:t>Purpose:</w:t>
      </w:r>
      <w:r>
        <w:rPr>
          <w:rFonts w:ascii="Georgia" w:hAnsi="Georgia"/>
          <w:b w:val="0"/>
          <w:i w:val="0"/>
          <w:sz w:val="20"/>
        </w:rPr>
        <w:t xml:space="preserve"> Give an AI assistant enough real context to be useful without letting it invent the strategy.</w:t>
      </w:r>
    </w:p>
    <w:p>
      <w:pPr/>
      <w:r>
        <w:rPr>
          <w:rFonts w:ascii="Georgia" w:hAnsi="Georgia"/>
          <w:b w:val="0"/>
          <w:i w:val="0"/>
          <w:sz w:val="20"/>
        </w:rPr>
        <w:t>Copy and adapt the following:</w:t>
      </w:r>
    </w:p>
    <w:p>
      <w:pPr>
        <w:pStyle w:val="Callout"/>
      </w:pPr>
      <w:r>
        <w:rPr>
          <w:rFonts w:ascii="Georgia" w:hAnsi="Georgia"/>
          <w:b w:val="0"/>
          <w:i w:val="0"/>
          <w:sz w:val="20"/>
        </w:rPr>
        <w:t>You are helping me develop content for my business. Act as an editorial partner, not as the source of my expertise.</w:t>
      </w:r>
    </w:p>
    <w:p>
      <w:pPr>
        <w:pStyle w:val="Callout"/>
      </w:pPr>
      <w:r>
        <w:rPr>
          <w:rFonts w:ascii="Georgia" w:hAnsi="Georgia"/>
          <w:b/>
          <w:i w:val="0"/>
          <w:sz w:val="20"/>
        </w:rPr>
        <w:t>Audience:</w:t>
      </w:r>
      <w:r>
        <w:rPr>
          <w:rFonts w:ascii="Georgia" w:hAnsi="Georgia"/>
          <w:b w:val="0"/>
          <w:i w:val="0"/>
          <w:sz w:val="20"/>
        </w:rPr>
        <w:t xml:space="preserve"> [describe the specific customer]</w:t>
      </w:r>
    </w:p>
    <w:p>
      <w:pPr>
        <w:pStyle w:val="Callout"/>
      </w:pPr>
      <w:r>
        <w:rPr>
          <w:rFonts w:ascii="Georgia" w:hAnsi="Georgia"/>
          <w:b/>
          <w:i w:val="0"/>
          <w:sz w:val="20"/>
        </w:rPr>
        <w:t>Business:</w:t>
      </w:r>
      <w:r>
        <w:rPr>
          <w:rFonts w:ascii="Georgia" w:hAnsi="Georgia"/>
          <w:b w:val="0"/>
          <w:i w:val="0"/>
          <w:sz w:val="20"/>
        </w:rPr>
        <w:t xml:space="preserve"> [what I do and what I sell]</w:t>
      </w:r>
    </w:p>
    <w:p>
      <w:pPr>
        <w:pStyle w:val="Callout"/>
      </w:pPr>
      <w:r>
        <w:rPr>
          <w:rFonts w:ascii="Georgia" w:hAnsi="Georgia"/>
          <w:b/>
          <w:i w:val="0"/>
          <w:sz w:val="20"/>
        </w:rPr>
        <w:t>Content territory:</w:t>
      </w:r>
      <w:r>
        <w:rPr>
          <w:rFonts w:ascii="Georgia" w:hAnsi="Georgia"/>
          <w:b w:val="0"/>
          <w:i w:val="0"/>
          <w:sz w:val="20"/>
        </w:rPr>
        <w:t xml:space="preserve"> [list 3–5 pillars]</w:t>
      </w:r>
    </w:p>
    <w:p>
      <w:pPr>
        <w:pStyle w:val="Callout"/>
      </w:pPr>
      <w:r>
        <w:rPr>
          <w:rFonts w:ascii="Georgia" w:hAnsi="Georgia"/>
          <w:b/>
          <w:i w:val="0"/>
          <w:sz w:val="20"/>
        </w:rPr>
        <w:t>Goal of this piece:</w:t>
      </w:r>
      <w:r>
        <w:rPr>
          <w:rFonts w:ascii="Georgia" w:hAnsi="Georgia"/>
          <w:b w:val="0"/>
          <w:i w:val="0"/>
          <w:sz w:val="20"/>
        </w:rPr>
        <w:t xml:space="preserve"> [educate / clarify / generate leads / support sales / etc.]</w:t>
      </w:r>
    </w:p>
    <w:p>
      <w:pPr>
        <w:pStyle w:val="Callout"/>
      </w:pPr>
      <w:r>
        <w:rPr>
          <w:rFonts w:ascii="Georgia" w:hAnsi="Georgia"/>
          <w:b/>
          <w:i w:val="0"/>
          <w:sz w:val="20"/>
        </w:rPr>
        <w:t>My point of view:</w:t>
      </w:r>
      <w:r>
        <w:rPr>
          <w:rFonts w:ascii="Georgia" w:hAnsi="Georgia"/>
          <w:b w:val="0"/>
          <w:i w:val="0"/>
          <w:sz w:val="20"/>
        </w:rPr>
        <w:t xml:space="preserve"> [state the conclusion or belief I want to communicate]</w:t>
      </w:r>
    </w:p>
    <w:p>
      <w:pPr>
        <w:pStyle w:val="Callout"/>
      </w:pPr>
      <w:r>
        <w:rPr>
          <w:rFonts w:ascii="Georgia" w:hAnsi="Georgia"/>
          <w:b/>
          <w:i w:val="0"/>
          <w:sz w:val="20"/>
        </w:rPr>
        <w:t>Source material:</w:t>
      </w:r>
      <w:r>
        <w:rPr>
          <w:rFonts w:ascii="Georgia" w:hAnsi="Georgia"/>
          <w:b w:val="0"/>
          <w:i w:val="0"/>
          <w:sz w:val="20"/>
        </w:rPr>
        <w:t xml:space="preserve"> [paste notes, transcript, data, examples, prior writing]</w:t>
      </w:r>
    </w:p>
    <w:p>
      <w:pPr>
        <w:pStyle w:val="Callout"/>
      </w:pPr>
      <w:r>
        <w:rPr>
          <w:rFonts w:ascii="Georgia" w:hAnsi="Georgia"/>
          <w:b/>
          <w:i w:val="0"/>
          <w:sz w:val="20"/>
        </w:rPr>
        <w:t>Voice:</w:t>
      </w:r>
      <w:r>
        <w:rPr>
          <w:rFonts w:ascii="Georgia" w:hAnsi="Georgia"/>
          <w:b w:val="0"/>
          <w:i w:val="0"/>
          <w:sz w:val="20"/>
        </w:rPr>
        <w:t xml:space="preserve"> Clear, direct, practical, conversational, and experienced. Avoid inflated language, generic motivational phrasing, unnecessary jargon, fake certainty, repetitive three-part lists, and claims not supported by the source material.</w:t>
      </w:r>
    </w:p>
    <w:p>
      <w:pPr>
        <w:pStyle w:val="Callout"/>
      </w:pPr>
      <w:r>
        <w:rPr>
          <w:rFonts w:ascii="Georgia" w:hAnsi="Georgia"/>
          <w:b/>
          <w:i w:val="0"/>
          <w:sz w:val="20"/>
        </w:rPr>
        <w:t>First task:</w:t>
      </w:r>
      <w:r>
        <w:rPr>
          <w:rFonts w:ascii="Georgia" w:hAnsi="Georgia"/>
          <w:b w:val="0"/>
          <w:i w:val="0"/>
          <w:sz w:val="20"/>
        </w:rPr>
        <w:t xml:space="preserve"> Before drafting, identify the strongest ideas in the source material, any gaps that need my input, and a proposed structure. Do not invent facts or examples. Flag anything that needs verification.</w:t>
      </w:r>
    </w:p>
    <w:p>
      <w:pPr>
        <w:pStyle w:val="Callout"/>
      </w:pPr>
      <w:r>
        <w:rPr>
          <w:rFonts w:ascii="Georgia" w:hAnsi="Georgia"/>
          <w:b w:val="0"/>
          <w:i w:val="0"/>
          <w:sz w:val="20"/>
        </w:rPr>
        <w:t>After I approve the structure, create a working draft. Preserve specific examples, customer language, and my stated point of view. Prefer concrete language over abstractions. Do not make the prose more polished than a thoughtful human business writer would naturally sound.</w:t>
      </w:r>
    </w:p>
    <w:p>
      <w:pPr>
        <w:pStyle w:val="Heading3"/>
        <w:keepNext/>
      </w:pPr>
      <w:r>
        <w:t>Humanization checklist</w:t>
      </w:r>
    </w:p>
    <w:p>
      <w:pPr/>
      <w:r>
        <w:rPr>
          <w:rFonts w:ascii="Georgia" w:hAnsi="Georgia"/>
          <w:b w:val="0"/>
          <w:i w:val="0"/>
          <w:sz w:val="20"/>
        </w:rPr>
        <w:t>Before approving AI-assisted copy, ask:</w:t>
      </w:r>
    </w:p>
    <w:p>
      <w:pPr>
        <w:pStyle w:val="ListBullet"/>
        <w:spacing w:after="20"/>
      </w:pPr>
      <w:r>
        <w:rPr>
          <w:rFonts w:ascii="Georgia" w:hAnsi="Georgia"/>
          <w:b w:val="0"/>
          <w:i w:val="0"/>
          <w:sz w:val="20"/>
        </w:rPr>
        <w:t>Would I actually say this?</w:t>
      </w:r>
    </w:p>
    <w:p>
      <w:pPr>
        <w:pStyle w:val="ListBullet"/>
        <w:spacing w:after="20"/>
      </w:pPr>
      <w:r>
        <w:rPr>
          <w:rFonts w:ascii="Georgia" w:hAnsi="Georgia"/>
          <w:b w:val="0"/>
          <w:i w:val="0"/>
          <w:sz w:val="20"/>
        </w:rPr>
        <w:t>Is there a real example?</w:t>
      </w:r>
    </w:p>
    <w:p>
      <w:pPr>
        <w:pStyle w:val="ListBullet"/>
        <w:spacing w:after="20"/>
      </w:pPr>
      <w:r>
        <w:rPr>
          <w:rFonts w:ascii="Georgia" w:hAnsi="Georgia"/>
          <w:b w:val="0"/>
          <w:i w:val="0"/>
          <w:sz w:val="20"/>
        </w:rPr>
        <w:t>Is there a clear point of view?</w:t>
      </w:r>
    </w:p>
    <w:p>
      <w:pPr>
        <w:pStyle w:val="ListBullet"/>
        <w:spacing w:after="20"/>
      </w:pPr>
      <w:r>
        <w:rPr>
          <w:rFonts w:ascii="Georgia" w:hAnsi="Georgia"/>
          <w:b w:val="0"/>
          <w:i w:val="0"/>
          <w:sz w:val="20"/>
        </w:rPr>
        <w:t>Is anything merely obvious filler?</w:t>
      </w:r>
    </w:p>
    <w:p>
      <w:pPr>
        <w:pStyle w:val="ListBullet"/>
        <w:spacing w:after="20"/>
      </w:pPr>
      <w:r>
        <w:rPr>
          <w:rFonts w:ascii="Georgia" w:hAnsi="Georgia"/>
          <w:b w:val="0"/>
          <w:i w:val="0"/>
          <w:sz w:val="20"/>
        </w:rPr>
        <w:t>Can any sentence be simpler?</w:t>
      </w:r>
    </w:p>
    <w:p>
      <w:pPr>
        <w:pStyle w:val="ListBullet"/>
        <w:spacing w:after="20"/>
      </w:pPr>
      <w:r>
        <w:rPr>
          <w:rFonts w:ascii="Georgia" w:hAnsi="Georgia"/>
          <w:b w:val="0"/>
          <w:i w:val="0"/>
          <w:sz w:val="20"/>
        </w:rPr>
        <w:t>Are all facts verified?</w:t>
      </w:r>
    </w:p>
    <w:p>
      <w:pPr>
        <w:pStyle w:val="ListBullet"/>
        <w:spacing w:after="20"/>
      </w:pPr>
      <w:r>
        <w:rPr>
          <w:rFonts w:ascii="Georgia" w:hAnsi="Georgia"/>
          <w:b w:val="0"/>
          <w:i w:val="0"/>
          <w:sz w:val="20"/>
        </w:rPr>
        <w:t>Does the customer appear in the piece more than the technology does?</w:t>
      </w:r>
    </w:p>
    <w:p>
      <w:pPr>
        <w:pStyle w:val="Heading2"/>
        <w:keepNext/>
      </w:pPr>
      <w:r>
        <w:t>TEMPLATE 7 — 1-to-10 Repurposing Worksheet</w:t>
      </w:r>
    </w:p>
    <w:p>
      <w:pPr/>
      <w:r>
        <w:rPr>
          <w:rFonts w:ascii="Georgia" w:hAnsi="Georgia"/>
          <w:b/>
          <w:i w:val="0"/>
          <w:sz w:val="20"/>
        </w:rPr>
        <w:t>Purpose:</w:t>
      </w:r>
      <w:r>
        <w:rPr>
          <w:rFonts w:ascii="Georgia" w:hAnsi="Georgia"/>
          <w:b w:val="0"/>
          <w:i w:val="0"/>
          <w:sz w:val="20"/>
        </w:rPr>
        <w:t xml:space="preserve"> Make one good idea work more than once.</w:t>
      </w:r>
    </w:p>
    <w:p>
      <w:pPr/>
      <w:r>
        <w:rPr>
          <w:rFonts w:ascii="Georgia" w:hAnsi="Georgia"/>
          <w:b/>
          <w:i w:val="0"/>
          <w:sz w:val="20"/>
        </w:rPr>
        <w:t>Anchor:</w:t>
      </w:r>
      <w:r>
        <w:rPr>
          <w:rFonts w:ascii="Georgia" w:hAnsi="Georgia"/>
          <w:b w:val="0"/>
          <w:i w:val="0"/>
          <w:sz w:val="20"/>
        </w:rPr>
        <w:t xml:space="preserve"> _______________________________________________</w:t>
      </w:r>
    </w:p>
    <w:p>
      <w:pPr/>
      <w:r>
        <w:rPr>
          <w:rFonts w:ascii="Georgia" w:hAnsi="Georgia"/>
          <w:b/>
          <w:i w:val="0"/>
          <w:sz w:val="20"/>
        </w:rPr>
        <w:t>Main insight:</w:t>
      </w:r>
      <w:r>
        <w:rPr>
          <w:rFonts w:ascii="Georgia" w:hAnsi="Georgia"/>
          <w:b w:val="0"/>
          <w:i w:val="0"/>
          <w:sz w:val="20"/>
        </w:rPr>
        <w:t xml:space="preserve"> __________________________________________</w:t>
      </w:r>
    </w:p>
    <w:p>
      <w:pPr/>
      <w:r>
        <w:rPr>
          <w:rFonts w:ascii="Georgia" w:hAnsi="Georgia"/>
          <w:b/>
          <w:i w:val="0"/>
          <w:sz w:val="20"/>
        </w:rPr>
        <w:t>Best story/example:</w:t>
      </w:r>
      <w:r>
        <w:rPr>
          <w:rFonts w:ascii="Georgia" w:hAnsi="Georgia"/>
          <w:b w:val="0"/>
          <w:i w:val="0"/>
          <w:sz w:val="20"/>
        </w:rPr>
        <w:t xml:space="preserve"> ____________________________________</w:t>
      </w:r>
    </w:p>
    <w:p>
      <w:pPr/>
      <w:r>
        <w:rPr>
          <w:rFonts w:ascii="Georgia" w:hAnsi="Georgia"/>
          <w:b/>
          <w:i w:val="0"/>
          <w:sz w:val="20"/>
        </w:rPr>
        <w:t>Useful framework/list:</w:t>
      </w:r>
      <w:r>
        <w:rPr>
          <w:rFonts w:ascii="Georgia" w:hAnsi="Georgia"/>
          <w:b w:val="0"/>
          <w:i w:val="0"/>
          <w:sz w:val="20"/>
        </w:rPr>
        <w:t xml:space="preserve"> __________________________________</w:t>
      </w:r>
    </w:p>
    <w:p>
      <w:pPr/>
      <w:r>
        <w:rPr>
          <w:rFonts w:ascii="Georgia" w:hAnsi="Georgia"/>
          <w:b/>
          <w:i w:val="0"/>
          <w:sz w:val="20"/>
        </w:rPr>
        <w:t>Customer question answered:</w:t>
      </w:r>
      <w:r>
        <w:rPr>
          <w:rFonts w:ascii="Georgia" w:hAnsi="Georgia"/>
          <w:b w:val="0"/>
          <w:i w:val="0"/>
          <w:sz w:val="20"/>
        </w:rPr>
        <w:t xml:space="preserve"> _____________________________</w:t>
      </w:r>
    </w:p>
    <w:p>
      <w:pPr/>
      <w:r>
        <w:rPr>
          <w:rFonts w:ascii="Georgia" w:hAnsi="Georgia"/>
          <w:b/>
          <w:i w:val="0"/>
          <w:sz w:val="20"/>
        </w:rPr>
        <w:t>Strong quote/line:</w:t>
      </w:r>
      <w:r>
        <w:rPr>
          <w:rFonts w:ascii="Georgia" w:hAnsi="Georgia"/>
          <w:b w:val="0"/>
          <w:i w:val="0"/>
          <w:sz w:val="20"/>
        </w:rPr>
        <w:t xml:space="preserve"> ______________________________________</w:t>
      </w:r>
    </w:p>
    <w:p>
      <w:pPr>
        <w:pStyle w:val="Heading3"/>
        <w:keepNext/>
      </w:pPr>
      <w:r>
        <w:t>Possible derivatives</w:t>
      </w:r>
    </w:p>
    <w:p>
      <w:pPr>
        <w:spacing w:after="20"/>
        <w:ind w:left="403" w:hanging="317"/>
      </w:pPr>
      <w:r>
        <w:rPr>
          <w:rFonts w:ascii="Georgia" w:hAnsi="Georgia"/>
          <w:b w:val="0"/>
          <w:i w:val="0"/>
          <w:sz w:val="20"/>
        </w:rPr>
        <w:t>1. Newsletter angle: ______________________________________</w:t>
      </w:r>
    </w:p>
    <w:p>
      <w:pPr>
        <w:spacing w:after="20"/>
        <w:ind w:left="403" w:hanging="317"/>
      </w:pPr>
      <w:r>
        <w:rPr>
          <w:rFonts w:ascii="Georgia" w:hAnsi="Georgia"/>
          <w:b w:val="0"/>
          <w:i w:val="0"/>
          <w:sz w:val="20"/>
        </w:rPr>
        <w:t>2. Short post #1: _________________________________________</w:t>
      </w:r>
    </w:p>
    <w:p>
      <w:pPr>
        <w:spacing w:after="20"/>
        <w:ind w:left="403" w:hanging="317"/>
      </w:pPr>
      <w:r>
        <w:rPr>
          <w:rFonts w:ascii="Georgia" w:hAnsi="Georgia"/>
          <w:b w:val="0"/>
          <w:i w:val="0"/>
          <w:sz w:val="20"/>
        </w:rPr>
        <w:t>3. Short post #2: _________________________________________</w:t>
      </w:r>
    </w:p>
    <w:p>
      <w:pPr>
        <w:spacing w:after="20"/>
        <w:ind w:left="403" w:hanging="317"/>
      </w:pPr>
      <w:r>
        <w:rPr>
          <w:rFonts w:ascii="Georgia" w:hAnsi="Georgia"/>
          <w:b w:val="0"/>
          <w:i w:val="0"/>
          <w:sz w:val="20"/>
        </w:rPr>
        <w:t>4. Short post #3: _________________________________________</w:t>
      </w:r>
    </w:p>
    <w:p>
      <w:pPr>
        <w:spacing w:after="20"/>
        <w:ind w:left="403" w:hanging="317"/>
      </w:pPr>
      <w:r>
        <w:rPr>
          <w:rFonts w:ascii="Georgia" w:hAnsi="Georgia"/>
          <w:b w:val="0"/>
          <w:i w:val="0"/>
          <w:sz w:val="20"/>
        </w:rPr>
        <w:t>5. Short video: ___________________________________________</w:t>
      </w:r>
    </w:p>
    <w:p>
      <w:pPr>
        <w:spacing w:after="20"/>
        <w:ind w:left="403" w:hanging="317"/>
      </w:pPr>
      <w:r>
        <w:rPr>
          <w:rFonts w:ascii="Georgia" w:hAnsi="Georgia"/>
          <w:b w:val="0"/>
          <w:i w:val="0"/>
          <w:sz w:val="20"/>
        </w:rPr>
        <w:t>6. Checklist/tool: _________________________________________</w:t>
      </w:r>
    </w:p>
    <w:p>
      <w:pPr>
        <w:spacing w:after="20"/>
        <w:ind w:left="403" w:hanging="317"/>
      </w:pPr>
      <w:r>
        <w:rPr>
          <w:rFonts w:ascii="Georgia" w:hAnsi="Georgia"/>
          <w:b w:val="0"/>
          <w:i w:val="0"/>
          <w:sz w:val="20"/>
        </w:rPr>
        <w:t>7. FAQ: _________________________________________________</w:t>
      </w:r>
    </w:p>
    <w:p>
      <w:pPr>
        <w:spacing w:after="20"/>
        <w:ind w:left="403" w:hanging="317"/>
      </w:pPr>
      <w:r>
        <w:rPr>
          <w:rFonts w:ascii="Georgia" w:hAnsi="Georgia"/>
          <w:b w:val="0"/>
          <w:i w:val="0"/>
          <w:sz w:val="20"/>
        </w:rPr>
        <w:t>8. Sales email use: _______________________________________</w:t>
      </w:r>
    </w:p>
    <w:p>
      <w:pPr>
        <w:spacing w:after="20"/>
        <w:ind w:left="403" w:hanging="317"/>
      </w:pPr>
      <w:r>
        <w:rPr>
          <w:rFonts w:ascii="Georgia" w:hAnsi="Georgia"/>
          <w:b w:val="0"/>
          <w:i w:val="0"/>
          <w:sz w:val="20"/>
        </w:rPr>
        <w:t>9. Visual/diagram: _________________________________________</w:t>
      </w:r>
    </w:p>
    <w:p>
      <w:pPr>
        <w:spacing w:after="20"/>
        <w:ind w:left="403" w:hanging="317"/>
      </w:pPr>
      <w:r>
        <w:rPr>
          <w:rFonts w:ascii="Georgia" w:hAnsi="Georgia"/>
          <w:b w:val="0"/>
          <w:i w:val="0"/>
          <w:sz w:val="20"/>
        </w:rPr>
        <w:t>10. Reuse date / refresh angle: _____________________________</w:t>
      </w:r>
    </w:p>
    <w:p>
      <w:pPr>
        <w:pStyle w:val="Heading3"/>
        <w:keepNext/>
      </w:pPr>
      <w:r>
        <w:t>Repurposing rule</w:t>
      </w:r>
    </w:p>
    <w:p>
      <w:pPr/>
      <w:r>
        <w:rPr>
          <w:rFonts w:ascii="Georgia" w:hAnsi="Georgia"/>
          <w:b w:val="0"/>
          <w:i w:val="0"/>
          <w:sz w:val="20"/>
        </w:rPr>
        <w:t>Do not force all ten. Circle the derivatives that genuinely improve distribution or usefulness.</w:t>
      </w:r>
    </w:p>
    <w:p>
      <w:pPr>
        <w:pStyle w:val="Heading2"/>
        <w:keepNext/>
      </w:pPr>
      <w:r>
        <w:t>TEMPLATE 8 — Content Format Scorecard</w:t>
      </w:r>
    </w:p>
    <w:p>
      <w:pPr/>
      <w:r>
        <w:rPr>
          <w:rFonts w:ascii="Georgia" w:hAnsi="Georgia"/>
          <w:b/>
          <w:i w:val="0"/>
          <w:sz w:val="20"/>
        </w:rPr>
        <w:t>Purpose:</w:t>
      </w:r>
      <w:r>
        <w:rPr>
          <w:rFonts w:ascii="Georgia" w:hAnsi="Georgia"/>
          <w:b w:val="0"/>
          <w:i w:val="0"/>
          <w:sz w:val="20"/>
        </w:rPr>
        <w:t xml:space="preserve"> Pick formats you can sustain instead of chasing every medium.</w:t>
      </w:r>
    </w:p>
    <w:p>
      <w:pPr/>
      <w:r>
        <w:rPr>
          <w:rFonts w:ascii="Georgia" w:hAnsi="Georgia"/>
          <w:b w:val="0"/>
          <w:i w:val="0"/>
          <w:sz w:val="20"/>
        </w:rPr>
        <w:t>Score each 1–5.</w:t>
      </w:r>
    </w:p>
    <w:tbl>
      <w:tblPr>
        <w:tblStyle w:val="TableGrid"/>
        <w:tblW w:type="auto" w:w="0"/>
        <w:jc w:val="center"/>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452"/>
            <w:vAlign w:val="center"/>
            <w:shd w:fill="E8E8E8"/>
          </w:tcPr>
          <w:p>
            <w:pPr>
              <w:spacing w:after="0"/>
            </w:pPr>
            <w:r>
              <w:rPr>
                <w:rFonts w:ascii="Arial" w:hAnsi="Arial"/>
                <w:b/>
                <w:i w:val="0"/>
                <w:sz w:val="15"/>
              </w:rPr>
              <w:t>Format</w:t>
            </w:r>
          </w:p>
        </w:tc>
        <w:tc>
          <w:tcPr>
            <w:tcW w:type="dxa" w:w="1452"/>
            <w:vAlign w:val="center"/>
            <w:shd w:fill="E8E8E8"/>
          </w:tcPr>
          <w:p>
            <w:pPr>
              <w:spacing w:after="0"/>
            </w:pPr>
            <w:r>
              <w:rPr>
                <w:rFonts w:ascii="Arial" w:hAnsi="Arial"/>
                <w:b/>
                <w:i w:val="0"/>
                <w:sz w:val="15"/>
              </w:rPr>
              <w:t>Audience Fit</w:t>
            </w:r>
          </w:p>
        </w:tc>
        <w:tc>
          <w:tcPr>
            <w:tcW w:type="dxa" w:w="1452"/>
            <w:vAlign w:val="center"/>
            <w:shd w:fill="E8E8E8"/>
          </w:tcPr>
          <w:p>
            <w:pPr>
              <w:spacing w:after="0"/>
            </w:pPr>
            <w:r>
              <w:rPr>
                <w:rFonts w:ascii="Arial" w:hAnsi="Arial"/>
                <w:b/>
                <w:i w:val="0"/>
                <w:sz w:val="15"/>
              </w:rPr>
              <w:t>Ease</w:t>
            </w:r>
          </w:p>
        </w:tc>
        <w:tc>
          <w:tcPr>
            <w:tcW w:type="dxa" w:w="1452"/>
            <w:vAlign w:val="center"/>
            <w:shd w:fill="E8E8E8"/>
          </w:tcPr>
          <w:p>
            <w:pPr>
              <w:spacing w:after="0"/>
            </w:pPr>
            <w:r>
              <w:rPr>
                <w:rFonts w:ascii="Arial" w:hAnsi="Arial"/>
                <w:b/>
                <w:i w:val="0"/>
                <w:sz w:val="15"/>
              </w:rPr>
              <w:t>Business Value</w:t>
            </w:r>
          </w:p>
        </w:tc>
        <w:tc>
          <w:tcPr>
            <w:tcW w:type="dxa" w:w="1452"/>
            <w:vAlign w:val="center"/>
            <w:shd w:fill="E8E8E8"/>
          </w:tcPr>
          <w:p>
            <w:pPr>
              <w:spacing w:after="0"/>
            </w:pPr>
            <w:r>
              <w:rPr>
                <w:rFonts w:ascii="Arial" w:hAnsi="Arial"/>
                <w:b/>
                <w:i w:val="0"/>
                <w:sz w:val="15"/>
              </w:rPr>
              <w:t>Repurposing Value</w:t>
            </w:r>
          </w:p>
        </w:tc>
        <w:tc>
          <w:tcPr>
            <w:tcW w:type="dxa" w:w="1452"/>
            <w:vAlign w:val="center"/>
            <w:shd w:fill="E8E8E8"/>
          </w:tcPr>
          <w:p>
            <w:pPr>
              <w:spacing w:after="0"/>
            </w:pPr>
            <w:r>
              <w:rPr>
                <w:rFonts w:ascii="Arial" w:hAnsi="Arial"/>
                <w:b/>
                <w:i w:val="0"/>
                <w:sz w:val="15"/>
              </w:rPr>
              <w:t>Personal Fit</w:t>
            </w:r>
          </w:p>
        </w:tc>
        <w:tc>
          <w:tcPr>
            <w:tcW w:type="dxa" w:w="1452"/>
            <w:vAlign w:val="center"/>
            <w:shd w:fill="E8E8E8"/>
          </w:tcPr>
          <w:p>
            <w:pPr>
              <w:spacing w:after="0"/>
            </w:pPr>
            <w:r>
              <w:rPr>
                <w:rFonts w:ascii="Arial" w:hAnsi="Arial"/>
                <w:b/>
                <w:i w:val="0"/>
                <w:sz w:val="15"/>
              </w:rPr>
              <w:t>Total</w:t>
            </w:r>
          </w:p>
        </w:tc>
      </w:tr>
      <w:tr>
        <w:tc>
          <w:tcPr>
            <w:tcW w:type="dxa" w:w="1452"/>
            <w:vAlign w:val="center"/>
          </w:tcPr>
          <w:p>
            <w:pPr>
              <w:spacing w:after="0"/>
            </w:pPr>
            <w:r>
              <w:rPr>
                <w:rFonts w:ascii="Arial" w:hAnsi="Arial"/>
                <w:b w:val="0"/>
                <w:i w:val="0"/>
                <w:sz w:val="15"/>
              </w:rPr>
              <w:t>Article</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Newsletter</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LinkedIn / social post</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Short video</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Long video</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Webinar</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Podcast / audio</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Guide / PDF</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Case study</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r>
              <w:rPr>
                <w:rFonts w:ascii="Arial" w:hAnsi="Arial"/>
                <w:b w:val="0"/>
                <w:i w:val="0"/>
                <w:sz w:val="15"/>
              </w:rPr>
              <w:t>Other: ______</w:t>
            </w: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bl>
    <w:p>
      <w:pPr>
        <w:spacing w:after="40"/>
      </w:pPr>
    </w:p>
    <w:p>
      <w:pPr/>
      <w:r>
        <w:rPr>
          <w:rFonts w:ascii="Georgia" w:hAnsi="Georgia"/>
          <w:b/>
          <w:i w:val="0"/>
          <w:sz w:val="20"/>
        </w:rPr>
        <w:t>Primary format #1:</w:t>
      </w:r>
      <w:r>
        <w:rPr>
          <w:rFonts w:ascii="Georgia" w:hAnsi="Georgia"/>
          <w:b w:val="0"/>
          <w:i w:val="0"/>
          <w:sz w:val="20"/>
        </w:rPr>
        <w:t xml:space="preserve"> ______________________________</w:t>
      </w:r>
    </w:p>
    <w:p>
      <w:pPr/>
      <w:r>
        <w:rPr>
          <w:rFonts w:ascii="Georgia" w:hAnsi="Georgia"/>
          <w:b/>
          <w:i w:val="0"/>
          <w:sz w:val="20"/>
        </w:rPr>
        <w:t>Primary format #2:</w:t>
      </w:r>
      <w:r>
        <w:rPr>
          <w:rFonts w:ascii="Georgia" w:hAnsi="Georgia"/>
          <w:b w:val="0"/>
          <w:i w:val="0"/>
          <w:sz w:val="20"/>
        </w:rPr>
        <w:t xml:space="preserve"> ______________________________</w:t>
      </w:r>
    </w:p>
    <w:p>
      <w:pPr/>
      <w:r>
        <w:rPr>
          <w:rFonts w:ascii="Georgia" w:hAnsi="Georgia"/>
          <w:b/>
          <w:i w:val="0"/>
          <w:sz w:val="20"/>
        </w:rPr>
        <w:t>Formats we are deliberately not prioritizing now:</w:t>
      </w:r>
    </w:p>
    <w:p>
      <w:pPr/>
      <w:r>
        <w:rPr>
          <w:rFonts w:ascii="Georgia" w:hAnsi="Georgia"/>
          <w:b w:val="0"/>
          <w:i w:val="0"/>
          <w:sz w:val="20"/>
        </w:rPr>
        <w:t>__________________________________________________________</w:t>
      </w:r>
    </w:p>
    <w:p>
      <w:pPr>
        <w:pStyle w:val="Heading2"/>
        <w:keepNext/>
      </w:pPr>
      <w:r>
        <w:t>TEMPLATE 9 — Content Production Board</w:t>
      </w:r>
    </w:p>
    <w:p>
      <w:pPr/>
      <w:r>
        <w:rPr>
          <w:rFonts w:ascii="Georgia" w:hAnsi="Georgia"/>
          <w:b/>
          <w:i w:val="0"/>
          <w:sz w:val="20"/>
        </w:rPr>
        <w:t>Purpose:</w:t>
      </w:r>
      <w:r>
        <w:rPr>
          <w:rFonts w:ascii="Georgia" w:hAnsi="Georgia"/>
          <w:b w:val="0"/>
          <w:i w:val="0"/>
          <w:sz w:val="20"/>
        </w:rPr>
        <w:t xml:space="preserve"> Make production visible and keep every piece from becoming an emergency.</w:t>
      </w:r>
    </w:p>
    <w:p>
      <w:pPr/>
      <w:r>
        <w:rPr>
          <w:rFonts w:ascii="Georgia" w:hAnsi="Georgia"/>
          <w:b w:val="0"/>
          <w:i w:val="0"/>
          <w:sz w:val="20"/>
        </w:rPr>
        <w:t>Suggested statuses:</w:t>
      </w:r>
    </w:p>
    <w:p>
      <w:pPr/>
      <w:r>
        <w:rPr>
          <w:rFonts w:ascii="Georgia" w:hAnsi="Georgia"/>
          <w:b/>
          <w:i w:val="0"/>
          <w:sz w:val="20"/>
        </w:rPr>
        <w:t>IDEA → SELECTED → OUTLINE → CREATE → EDIT → READY → SCHEDULED → PUBLISHED → REPURPOSE</w:t>
      </w:r>
    </w:p>
    <w:p>
      <w:pPr/>
      <w:r>
        <w:rPr>
          <w:rFonts w:ascii="Georgia" w:hAnsi="Georgia"/>
          <w:b w:val="0"/>
          <w:i w:val="0"/>
          <w:sz w:val="20"/>
        </w:rPr>
        <w:t>For each item track:</w:t>
      </w:r>
    </w:p>
    <w:tbl>
      <w:tblPr>
        <w:tblStyle w:val="TableGrid"/>
        <w:tblW w:type="auto" w:w="0"/>
        <w:jc w:val="center"/>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452"/>
            <w:vAlign w:val="center"/>
            <w:shd w:fill="E8E8E8"/>
          </w:tcPr>
          <w:p>
            <w:pPr>
              <w:spacing w:after="0"/>
            </w:pPr>
            <w:r>
              <w:rPr>
                <w:rFonts w:ascii="Arial" w:hAnsi="Arial"/>
                <w:b/>
                <w:i w:val="0"/>
                <w:sz w:val="15"/>
              </w:rPr>
              <w:t>Content Item</w:t>
            </w:r>
          </w:p>
        </w:tc>
        <w:tc>
          <w:tcPr>
            <w:tcW w:type="dxa" w:w="1452"/>
            <w:vAlign w:val="center"/>
            <w:shd w:fill="E8E8E8"/>
          </w:tcPr>
          <w:p>
            <w:pPr>
              <w:spacing w:after="0"/>
            </w:pPr>
            <w:r>
              <w:rPr>
                <w:rFonts w:ascii="Arial" w:hAnsi="Arial"/>
                <w:b/>
                <w:i w:val="0"/>
                <w:sz w:val="15"/>
              </w:rPr>
              <w:t>Pillar</w:t>
            </w:r>
          </w:p>
        </w:tc>
        <w:tc>
          <w:tcPr>
            <w:tcW w:type="dxa" w:w="1452"/>
            <w:vAlign w:val="center"/>
            <w:shd w:fill="E8E8E8"/>
          </w:tcPr>
          <w:p>
            <w:pPr>
              <w:spacing w:after="0"/>
            </w:pPr>
            <w:r>
              <w:rPr>
                <w:rFonts w:ascii="Arial" w:hAnsi="Arial"/>
                <w:b/>
                <w:i w:val="0"/>
                <w:sz w:val="15"/>
              </w:rPr>
              <w:t>Format</w:t>
            </w:r>
          </w:p>
        </w:tc>
        <w:tc>
          <w:tcPr>
            <w:tcW w:type="dxa" w:w="1452"/>
            <w:vAlign w:val="center"/>
            <w:shd w:fill="E8E8E8"/>
          </w:tcPr>
          <w:p>
            <w:pPr>
              <w:spacing w:after="0"/>
            </w:pPr>
            <w:r>
              <w:rPr>
                <w:rFonts w:ascii="Arial" w:hAnsi="Arial"/>
                <w:b/>
                <w:i w:val="0"/>
                <w:sz w:val="15"/>
              </w:rPr>
              <w:t>Status</w:t>
            </w:r>
          </w:p>
        </w:tc>
        <w:tc>
          <w:tcPr>
            <w:tcW w:type="dxa" w:w="1452"/>
            <w:vAlign w:val="center"/>
            <w:shd w:fill="E8E8E8"/>
          </w:tcPr>
          <w:p>
            <w:pPr>
              <w:spacing w:after="0"/>
            </w:pPr>
            <w:r>
              <w:rPr>
                <w:rFonts w:ascii="Arial" w:hAnsi="Arial"/>
                <w:b/>
                <w:i w:val="0"/>
                <w:sz w:val="15"/>
              </w:rPr>
              <w:t>Publish Date</w:t>
            </w:r>
          </w:p>
        </w:tc>
        <w:tc>
          <w:tcPr>
            <w:tcW w:type="dxa" w:w="1452"/>
            <w:vAlign w:val="center"/>
            <w:shd w:fill="E8E8E8"/>
          </w:tcPr>
          <w:p>
            <w:pPr>
              <w:spacing w:after="0"/>
            </w:pPr>
            <w:r>
              <w:rPr>
                <w:rFonts w:ascii="Arial" w:hAnsi="Arial"/>
                <w:b/>
                <w:i w:val="0"/>
                <w:sz w:val="15"/>
              </w:rPr>
              <w:t>CTA</w:t>
            </w:r>
          </w:p>
        </w:tc>
        <w:tc>
          <w:tcPr>
            <w:tcW w:type="dxa" w:w="1452"/>
            <w:vAlign w:val="center"/>
            <w:shd w:fill="E8E8E8"/>
          </w:tcPr>
          <w:p>
            <w:pPr>
              <w:spacing w:after="0"/>
            </w:pPr>
            <w:r>
              <w:rPr>
                <w:rFonts w:ascii="Arial" w:hAnsi="Arial"/>
                <w:b/>
                <w:i w:val="0"/>
                <w:sz w:val="15"/>
              </w:rPr>
              <w:t>Repurpose Date</w:t>
            </w:r>
          </w:p>
        </w:tc>
      </w:tr>
      <w:tr>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r>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c>
          <w:tcPr>
            <w:tcW w:type="dxa" w:w="1452"/>
            <w:vAlign w:val="center"/>
          </w:tcPr>
          <w:p>
            <w:pPr>
              <w:spacing w:after="0"/>
            </w:pPr>
          </w:p>
        </w:tc>
      </w:tr>
    </w:tbl>
    <w:p>
      <w:pPr>
        <w:spacing w:after="40"/>
      </w:pPr>
    </w:p>
    <w:p>
      <w:pPr>
        <w:pStyle w:val="Heading3"/>
        <w:keepNext/>
      </w:pPr>
      <w:r>
        <w:t>Definition of Done</w:t>
      </w:r>
    </w:p>
    <w:p>
      <w:pPr/>
      <w:r>
        <w:rPr>
          <w:rFonts w:ascii="Georgia" w:hAnsi="Georgia"/>
          <w:b w:val="0"/>
          <w:i w:val="0"/>
          <w:sz w:val="20"/>
        </w:rPr>
        <w:t>Before an item moves to Ready, confirm:</w:t>
      </w:r>
    </w:p>
    <w:p>
      <w:pPr>
        <w:spacing w:after="20"/>
        <w:ind w:left="317" w:hanging="259"/>
      </w:pPr>
      <w:r>
        <w:rPr>
          <w:rFonts w:ascii="Arial" w:hAnsi="Arial"/>
          <w:b w:val="0"/>
          <w:i w:val="0"/>
          <w:sz w:val="20"/>
        </w:rPr>
        <w:t>☐ Clear audience</w:t>
      </w:r>
    </w:p>
    <w:p>
      <w:pPr>
        <w:spacing w:after="20"/>
        <w:ind w:left="317" w:hanging="259"/>
      </w:pPr>
      <w:r>
        <w:rPr>
          <w:rFonts w:ascii="Arial" w:hAnsi="Arial"/>
          <w:b w:val="0"/>
          <w:i w:val="0"/>
          <w:sz w:val="20"/>
        </w:rPr>
        <w:t>☐ Clear point</w:t>
      </w:r>
    </w:p>
    <w:p>
      <w:pPr>
        <w:spacing w:after="20"/>
        <w:ind w:left="317" w:hanging="259"/>
      </w:pPr>
      <w:r>
        <w:rPr>
          <w:rFonts w:ascii="Arial" w:hAnsi="Arial"/>
          <w:b w:val="0"/>
          <w:i w:val="0"/>
          <w:sz w:val="20"/>
        </w:rPr>
        <w:t>☐ Specific example or proof where appropriate</w:t>
      </w:r>
    </w:p>
    <w:p>
      <w:pPr>
        <w:spacing w:after="20"/>
        <w:ind w:left="317" w:hanging="259"/>
      </w:pPr>
      <w:r>
        <w:rPr>
          <w:rFonts w:ascii="Arial" w:hAnsi="Arial"/>
          <w:b w:val="0"/>
          <w:i w:val="0"/>
          <w:sz w:val="20"/>
        </w:rPr>
        <w:t>☐ Facts checked</w:t>
      </w:r>
    </w:p>
    <w:p>
      <w:pPr>
        <w:spacing w:after="20"/>
        <w:ind w:left="317" w:hanging="259"/>
      </w:pPr>
      <w:r>
        <w:rPr>
          <w:rFonts w:ascii="Arial" w:hAnsi="Arial"/>
          <w:b w:val="0"/>
          <w:i w:val="0"/>
          <w:sz w:val="20"/>
        </w:rPr>
        <w:t>☐ Headline / subject line complete</w:t>
      </w:r>
    </w:p>
    <w:p>
      <w:pPr>
        <w:spacing w:after="20"/>
        <w:ind w:left="317" w:hanging="259"/>
      </w:pPr>
      <w:r>
        <w:rPr>
          <w:rFonts w:ascii="Arial" w:hAnsi="Arial"/>
          <w:b w:val="0"/>
          <w:i w:val="0"/>
          <w:sz w:val="20"/>
        </w:rPr>
        <w:t>☐ CTA selected</w:t>
      </w:r>
    </w:p>
    <w:p>
      <w:pPr>
        <w:spacing w:after="20"/>
        <w:ind w:left="317" w:hanging="259"/>
      </w:pPr>
      <w:r>
        <w:rPr>
          <w:rFonts w:ascii="Arial" w:hAnsi="Arial"/>
          <w:b w:val="0"/>
          <w:i w:val="0"/>
          <w:sz w:val="20"/>
        </w:rPr>
        <w:t>☐ Links checked</w:t>
      </w:r>
    </w:p>
    <w:p>
      <w:pPr>
        <w:spacing w:after="20"/>
        <w:ind w:left="317" w:hanging="259"/>
      </w:pPr>
      <w:r>
        <w:rPr>
          <w:rFonts w:ascii="Arial" w:hAnsi="Arial"/>
          <w:b w:val="0"/>
          <w:i w:val="0"/>
          <w:sz w:val="20"/>
        </w:rPr>
        <w:t>☐ Human review completed</w:t>
      </w:r>
    </w:p>
    <w:p>
      <w:pPr>
        <w:pStyle w:val="Heading2"/>
        <w:keepNext/>
      </w:pPr>
      <w:r>
        <w:t>TEMPLATE 10 — Channel Selection Matrix</w:t>
      </w:r>
    </w:p>
    <w:p>
      <w:pPr/>
      <w:r>
        <w:rPr>
          <w:rFonts w:ascii="Georgia" w:hAnsi="Georgia"/>
          <w:b/>
          <w:i w:val="0"/>
          <w:sz w:val="20"/>
        </w:rPr>
        <w:t>Purpose:</w:t>
      </w:r>
      <w:r>
        <w:rPr>
          <w:rFonts w:ascii="Georgia" w:hAnsi="Georgia"/>
          <w:b w:val="0"/>
          <w:i w:val="0"/>
          <w:sz w:val="20"/>
        </w:rPr>
        <w:t xml:space="preserve"> Give every channel a job.</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rPr>
          <w:tblHeader w:val="true"/>
        </w:trPr>
        <w:tc>
          <w:tcPr>
            <w:tcW w:type="dxa" w:w="1694"/>
            <w:vAlign w:val="center"/>
            <w:shd w:fill="E8E8E8"/>
          </w:tcPr>
          <w:p>
            <w:pPr>
              <w:spacing w:after="0"/>
            </w:pPr>
            <w:r>
              <w:rPr>
                <w:rFonts w:ascii="Arial" w:hAnsi="Arial"/>
                <w:b/>
                <w:i w:val="0"/>
                <w:sz w:val="15"/>
              </w:rPr>
              <w:t>Channel</w:t>
            </w:r>
          </w:p>
        </w:tc>
        <w:tc>
          <w:tcPr>
            <w:tcW w:type="dxa" w:w="1694"/>
            <w:vAlign w:val="center"/>
            <w:shd w:fill="E8E8E8"/>
          </w:tcPr>
          <w:p>
            <w:pPr>
              <w:spacing w:after="0"/>
            </w:pPr>
            <w:r>
              <w:rPr>
                <w:rFonts w:ascii="Arial" w:hAnsi="Arial"/>
                <w:b/>
                <w:i w:val="0"/>
                <w:sz w:val="15"/>
              </w:rPr>
              <w:t>Audience Present?</w:t>
            </w:r>
          </w:p>
        </w:tc>
        <w:tc>
          <w:tcPr>
            <w:tcW w:type="dxa" w:w="1694"/>
            <w:vAlign w:val="center"/>
            <w:shd w:fill="E8E8E8"/>
          </w:tcPr>
          <w:p>
            <w:pPr>
              <w:spacing w:after="0"/>
            </w:pPr>
            <w:r>
              <w:rPr>
                <w:rFonts w:ascii="Arial" w:hAnsi="Arial"/>
                <w:b/>
                <w:i w:val="0"/>
                <w:sz w:val="15"/>
              </w:rPr>
              <w:t>Role</w:t>
            </w:r>
          </w:p>
        </w:tc>
        <w:tc>
          <w:tcPr>
            <w:tcW w:type="dxa" w:w="1694"/>
            <w:vAlign w:val="center"/>
            <w:shd w:fill="E8E8E8"/>
          </w:tcPr>
          <w:p>
            <w:pPr>
              <w:spacing w:after="0"/>
            </w:pPr>
            <w:r>
              <w:rPr>
                <w:rFonts w:ascii="Arial" w:hAnsi="Arial"/>
                <w:b/>
                <w:i w:val="0"/>
                <w:sz w:val="15"/>
              </w:rPr>
              <w:t>Effort</w:t>
            </w:r>
          </w:p>
        </w:tc>
        <w:tc>
          <w:tcPr>
            <w:tcW w:type="dxa" w:w="1694"/>
            <w:vAlign w:val="center"/>
            <w:shd w:fill="E8E8E8"/>
          </w:tcPr>
          <w:p>
            <w:pPr>
              <w:spacing w:after="0"/>
            </w:pPr>
            <w:r>
              <w:rPr>
                <w:rFonts w:ascii="Arial" w:hAnsi="Arial"/>
                <w:b/>
                <w:i w:val="0"/>
                <w:sz w:val="15"/>
              </w:rPr>
              <w:t>Business Value</w:t>
            </w:r>
          </w:p>
        </w:tc>
        <w:tc>
          <w:tcPr>
            <w:tcW w:type="dxa" w:w="1694"/>
            <w:vAlign w:val="center"/>
            <w:shd w:fill="E8E8E8"/>
          </w:tcPr>
          <w:p>
            <w:pPr>
              <w:spacing w:after="0"/>
            </w:pPr>
            <w:r>
              <w:rPr>
                <w:rFonts w:ascii="Arial" w:hAnsi="Arial"/>
                <w:b/>
                <w:i w:val="0"/>
                <w:sz w:val="15"/>
              </w:rPr>
              <w:t>Keep / Reduce / Stop</w:t>
            </w:r>
          </w:p>
        </w:tc>
      </w:tr>
      <w:tr>
        <w:tc>
          <w:tcPr>
            <w:tcW w:type="dxa" w:w="1694"/>
            <w:vAlign w:val="center"/>
          </w:tcPr>
          <w:p>
            <w:pPr>
              <w:spacing w:after="0"/>
            </w:pPr>
            <w:r>
              <w:rPr>
                <w:rFonts w:ascii="Arial" w:hAnsi="Arial"/>
                <w:b w:val="0"/>
                <w:i w:val="0"/>
                <w:sz w:val="15"/>
              </w:rPr>
              <w:t>Website</w:t>
            </w:r>
          </w:p>
        </w:tc>
        <w:tc>
          <w:tcPr>
            <w:tcW w:type="dxa" w:w="1694"/>
            <w:vAlign w:val="center"/>
          </w:tcPr>
          <w:p>
            <w:pPr>
              <w:spacing w:after="0"/>
            </w:pPr>
          </w:p>
        </w:tc>
        <w:tc>
          <w:tcPr>
            <w:tcW w:type="dxa" w:w="1694"/>
            <w:vAlign w:val="center"/>
          </w:tcPr>
          <w:p>
            <w:pPr>
              <w:spacing w:after="0"/>
            </w:pPr>
            <w:r>
              <w:rPr>
                <w:rFonts w:ascii="Arial" w:hAnsi="Arial"/>
                <w:b w:val="0"/>
                <w:i w:val="0"/>
                <w:sz w:val="15"/>
              </w:rPr>
              <w:t>Owned</w:t>
            </w: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r>
              <w:rPr>
                <w:rFonts w:ascii="Arial" w:hAnsi="Arial"/>
                <w:b w:val="0"/>
                <w:i w:val="0"/>
                <w:sz w:val="15"/>
              </w:rPr>
              <w:t>Email</w:t>
            </w:r>
          </w:p>
        </w:tc>
        <w:tc>
          <w:tcPr>
            <w:tcW w:type="dxa" w:w="1694"/>
            <w:vAlign w:val="center"/>
          </w:tcPr>
          <w:p>
            <w:pPr>
              <w:spacing w:after="0"/>
            </w:pPr>
          </w:p>
        </w:tc>
        <w:tc>
          <w:tcPr>
            <w:tcW w:type="dxa" w:w="1694"/>
            <w:vAlign w:val="center"/>
          </w:tcPr>
          <w:p>
            <w:pPr>
              <w:spacing w:after="0"/>
            </w:pPr>
            <w:r>
              <w:rPr>
                <w:rFonts w:ascii="Arial" w:hAnsi="Arial"/>
                <w:b w:val="0"/>
                <w:i w:val="0"/>
                <w:sz w:val="15"/>
              </w:rPr>
              <w:t>Relationship / Owned</w:t>
            </w: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r>
              <w:rPr>
                <w:rFonts w:ascii="Arial" w:hAnsi="Arial"/>
                <w:b w:val="0"/>
                <w:i w:val="0"/>
                <w:sz w:val="15"/>
              </w:rPr>
              <w:t>LinkedIn</w:t>
            </w:r>
          </w:p>
        </w:tc>
        <w:tc>
          <w:tcPr>
            <w:tcW w:type="dxa" w:w="1694"/>
            <w:vAlign w:val="center"/>
          </w:tcPr>
          <w:p>
            <w:pPr>
              <w:spacing w:after="0"/>
            </w:pPr>
          </w:p>
        </w:tc>
        <w:tc>
          <w:tcPr>
            <w:tcW w:type="dxa" w:w="1694"/>
            <w:vAlign w:val="center"/>
          </w:tcPr>
          <w:p>
            <w:pPr>
              <w:spacing w:after="0"/>
            </w:pPr>
            <w:r>
              <w:rPr>
                <w:rFonts w:ascii="Arial" w:hAnsi="Arial"/>
                <w:b w:val="0"/>
                <w:i w:val="0"/>
                <w:sz w:val="15"/>
              </w:rPr>
              <w:t>Discovery / Relationship</w:t>
            </w: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r>
              <w:rPr>
                <w:rFonts w:ascii="Arial" w:hAnsi="Arial"/>
                <w:b w:val="0"/>
                <w:i w:val="0"/>
                <w:sz w:val="15"/>
              </w:rPr>
              <w:t>YouTube</w:t>
            </w:r>
          </w:p>
        </w:tc>
        <w:tc>
          <w:tcPr>
            <w:tcW w:type="dxa" w:w="1694"/>
            <w:vAlign w:val="center"/>
          </w:tcPr>
          <w:p>
            <w:pPr>
              <w:spacing w:after="0"/>
            </w:pPr>
          </w:p>
        </w:tc>
        <w:tc>
          <w:tcPr>
            <w:tcW w:type="dxa" w:w="1694"/>
            <w:vAlign w:val="center"/>
          </w:tcPr>
          <w:p>
            <w:pPr>
              <w:spacing w:after="0"/>
            </w:pPr>
            <w:r>
              <w:rPr>
                <w:rFonts w:ascii="Arial" w:hAnsi="Arial"/>
                <w:b w:val="0"/>
                <w:i w:val="0"/>
                <w:sz w:val="15"/>
              </w:rPr>
              <w:t>Discovery / Education</w:t>
            </w: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r>
              <w:rPr>
                <w:rFonts w:ascii="Arial" w:hAnsi="Arial"/>
                <w:b w:val="0"/>
                <w:i w:val="0"/>
                <w:sz w:val="15"/>
              </w:rPr>
              <w:t>Instagram</w:t>
            </w: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r>
              <w:rPr>
                <w:rFonts w:ascii="Arial" w:hAnsi="Arial"/>
                <w:b w:val="0"/>
                <w:i w:val="0"/>
                <w:sz w:val="15"/>
              </w:rPr>
              <w:t>Podcast</w:t>
            </w: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r>
        <w:tc>
          <w:tcPr>
            <w:tcW w:type="dxa" w:w="1694"/>
            <w:vAlign w:val="center"/>
          </w:tcPr>
          <w:p>
            <w:pPr>
              <w:spacing w:after="0"/>
            </w:pPr>
            <w:r>
              <w:rPr>
                <w:rFonts w:ascii="Arial" w:hAnsi="Arial"/>
                <w:b w:val="0"/>
                <w:i w:val="0"/>
                <w:sz w:val="15"/>
              </w:rPr>
              <w:t>Other</w:t>
            </w: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c>
          <w:tcPr>
            <w:tcW w:type="dxa" w:w="1694"/>
            <w:vAlign w:val="center"/>
          </w:tcPr>
          <w:p>
            <w:pPr>
              <w:spacing w:after="0"/>
            </w:pPr>
          </w:p>
        </w:tc>
      </w:tr>
    </w:tbl>
    <w:p>
      <w:pPr>
        <w:spacing w:after="40"/>
      </w:pPr>
    </w:p>
    <w:p>
      <w:pPr>
        <w:pStyle w:val="Heading3"/>
        <w:keepNext/>
      </w:pPr>
      <w:r>
        <w:t>Three-channel plan</w:t>
      </w:r>
    </w:p>
    <w:p>
      <w:pPr/>
      <w:r>
        <w:rPr>
          <w:rFonts w:ascii="Georgia" w:hAnsi="Georgia"/>
          <w:b/>
          <w:i w:val="0"/>
          <w:sz w:val="20"/>
        </w:rPr>
        <w:t>Owned home:</w:t>
      </w:r>
      <w:r>
        <w:rPr>
          <w:rFonts w:ascii="Georgia" w:hAnsi="Georgia"/>
          <w:b w:val="0"/>
          <w:i w:val="0"/>
          <w:sz w:val="20"/>
        </w:rPr>
        <w:t xml:space="preserve"> ___________________________________________</w:t>
      </w:r>
    </w:p>
    <w:p>
      <w:pPr/>
      <w:r>
        <w:rPr>
          <w:rFonts w:ascii="Georgia" w:hAnsi="Georgia"/>
          <w:b/>
          <w:i w:val="0"/>
          <w:sz w:val="20"/>
        </w:rPr>
        <w:t>Primary discovery channel:</w:t>
      </w:r>
      <w:r>
        <w:rPr>
          <w:rFonts w:ascii="Georgia" w:hAnsi="Georgia"/>
          <w:b w:val="0"/>
          <w:i w:val="0"/>
          <w:sz w:val="20"/>
        </w:rPr>
        <w:t xml:space="preserve"> ______________________________</w:t>
      </w:r>
    </w:p>
    <w:p>
      <w:pPr/>
      <w:r>
        <w:rPr>
          <w:rFonts w:ascii="Georgia" w:hAnsi="Georgia"/>
          <w:b/>
          <w:i w:val="0"/>
          <w:sz w:val="20"/>
        </w:rPr>
        <w:t>Primary relationship channel:</w:t>
      </w:r>
      <w:r>
        <w:rPr>
          <w:rFonts w:ascii="Georgia" w:hAnsi="Georgia"/>
          <w:b w:val="0"/>
          <w:i w:val="0"/>
          <w:sz w:val="20"/>
        </w:rPr>
        <w:t xml:space="preserve"> ____________________________</w:t>
      </w:r>
    </w:p>
    <w:p>
      <w:pPr/>
      <w:r>
        <w:rPr>
          <w:rFonts w:ascii="Georgia" w:hAnsi="Georgia"/>
          <w:b/>
          <w:i w:val="0"/>
          <w:sz w:val="20"/>
        </w:rPr>
        <w:t>What we will stop or reduce to make room:</w:t>
      </w:r>
    </w:p>
    <w:p>
      <w:pPr/>
      <w:r>
        <w:rPr>
          <w:rFonts w:ascii="Georgia" w:hAnsi="Georgia"/>
          <w:b w:val="0"/>
          <w:i w:val="0"/>
          <w:sz w:val="20"/>
        </w:rPr>
        <w:t>__________________________________________________________</w:t>
      </w:r>
    </w:p>
    <w:p>
      <w:pPr>
        <w:pStyle w:val="Heading2"/>
        <w:keepNext/>
      </w:pPr>
      <w:r>
        <w:t>TEMPLATE 11 — Content-to-Lead Funnel Builder</w:t>
      </w:r>
    </w:p>
    <w:p>
      <w:pPr/>
      <w:r>
        <w:rPr>
          <w:rFonts w:ascii="Georgia" w:hAnsi="Georgia"/>
          <w:b/>
          <w:i w:val="0"/>
          <w:sz w:val="20"/>
        </w:rPr>
        <w:t>Purpose:</w:t>
      </w:r>
      <w:r>
        <w:rPr>
          <w:rFonts w:ascii="Georgia" w:hAnsi="Georgia"/>
          <w:b w:val="0"/>
          <w:i w:val="0"/>
          <w:sz w:val="20"/>
        </w:rPr>
        <w:t xml:space="preserve"> Make sure attention has a natural next step.</w:t>
      </w:r>
    </w:p>
    <w:p>
      <w:pPr/>
      <w:r>
        <w:rPr>
          <w:rFonts w:ascii="Georgia" w:hAnsi="Georgia"/>
          <w:b/>
          <w:i w:val="0"/>
          <w:sz w:val="20"/>
        </w:rPr>
        <w:t>Content piece:</w:t>
      </w:r>
      <w:r>
        <w:rPr>
          <w:rFonts w:ascii="Georgia" w:hAnsi="Georgia"/>
          <w:b w:val="0"/>
          <w:i w:val="0"/>
          <w:sz w:val="20"/>
        </w:rPr>
        <w:t xml:space="preserve"> _________________________________________</w:t>
      </w:r>
    </w:p>
    <w:p>
      <w:pPr/>
      <w:r>
        <w:rPr>
          <w:rFonts w:ascii="Georgia" w:hAnsi="Georgia"/>
          <w:b/>
          <w:i w:val="0"/>
          <w:sz w:val="20"/>
        </w:rPr>
        <w:t>Customer problem:</w:t>
      </w:r>
      <w:r>
        <w:rPr>
          <w:rFonts w:ascii="Georgia" w:hAnsi="Georgia"/>
          <w:b w:val="0"/>
          <w:i w:val="0"/>
          <w:sz w:val="20"/>
        </w:rPr>
        <w:t xml:space="preserve"> ______________________________________</w:t>
      </w:r>
    </w:p>
    <w:p>
      <w:pPr/>
      <w:r>
        <w:rPr>
          <w:rFonts w:ascii="Georgia" w:hAnsi="Georgia"/>
          <w:b/>
          <w:i w:val="0"/>
          <w:sz w:val="20"/>
        </w:rPr>
        <w:t>What does the reader want next?</w:t>
      </w:r>
    </w:p>
    <w:p>
      <w:pPr/>
      <w:r>
        <w:rPr>
          <w:rFonts w:ascii="Georgia" w:hAnsi="Georgia"/>
          <w:b w:val="0"/>
          <w:i w:val="0"/>
          <w:sz w:val="20"/>
        </w:rPr>
        <w:t>__________________________________________________________</w:t>
      </w:r>
    </w:p>
    <w:p>
      <w:pPr/>
      <w:r>
        <w:rPr>
          <w:rFonts w:ascii="Georgia" w:hAnsi="Georgia"/>
          <w:b/>
          <w:i w:val="0"/>
          <w:sz w:val="20"/>
        </w:rPr>
        <w:t>Low-commitment CTA:</w:t>
      </w:r>
      <w:r>
        <w:rPr>
          <w:rFonts w:ascii="Georgia" w:hAnsi="Georgia"/>
          <w:b w:val="0"/>
          <w:i w:val="0"/>
          <w:sz w:val="20"/>
        </w:rPr>
        <w:t xml:space="preserve"> ____________________________________</w:t>
      </w:r>
    </w:p>
    <w:p>
      <w:pPr/>
      <w:r>
        <w:rPr>
          <w:rFonts w:ascii="Georgia" w:hAnsi="Georgia"/>
          <w:b/>
          <w:i w:val="0"/>
          <w:sz w:val="20"/>
        </w:rPr>
        <w:t>Medium-commitment CTA / lead magnet:</w:t>
      </w:r>
      <w:r>
        <w:rPr>
          <w:rFonts w:ascii="Georgia" w:hAnsi="Georgia"/>
          <w:b w:val="0"/>
          <w:i w:val="0"/>
          <w:sz w:val="20"/>
        </w:rPr>
        <w:t xml:space="preserve"> ____________________</w:t>
      </w:r>
    </w:p>
    <w:p>
      <w:pPr/>
      <w:r>
        <w:rPr>
          <w:rFonts w:ascii="Georgia" w:hAnsi="Georgia"/>
          <w:b/>
          <w:i w:val="0"/>
          <w:sz w:val="20"/>
        </w:rPr>
        <w:t>High-commitment CTA:</w:t>
      </w:r>
      <w:r>
        <w:rPr>
          <w:rFonts w:ascii="Georgia" w:hAnsi="Georgia"/>
          <w:b w:val="0"/>
          <w:i w:val="0"/>
          <w:sz w:val="20"/>
        </w:rPr>
        <w:t xml:space="preserve"> ___________________________________</w:t>
      </w:r>
    </w:p>
    <w:p>
      <w:pPr/>
      <w:r>
        <w:rPr>
          <w:rFonts w:ascii="Georgia" w:hAnsi="Georgia"/>
          <w:b/>
          <w:i w:val="0"/>
          <w:sz w:val="20"/>
        </w:rPr>
        <w:t>Lead magnet format:</w:t>
      </w:r>
      <w:r>
        <w:rPr>
          <w:rFonts w:ascii="Georgia" w:hAnsi="Georgia"/>
          <w:b w:val="0"/>
          <w:i w:val="0"/>
          <w:sz w:val="20"/>
        </w:rPr>
        <w:t xml:space="preserve"> Checklist / Guide / Template / Assessment / Calculator / Other</w:t>
      </w:r>
    </w:p>
    <w:p>
      <w:pPr/>
      <w:r>
        <w:rPr>
          <w:rFonts w:ascii="Georgia" w:hAnsi="Georgia"/>
          <w:b/>
          <w:i w:val="0"/>
          <w:sz w:val="20"/>
        </w:rPr>
        <w:t>Nurture sequence:</w:t>
      </w:r>
    </w:p>
    <w:p>
      <w:pPr>
        <w:spacing w:after="20"/>
        <w:ind w:left="403" w:hanging="317"/>
      </w:pPr>
      <w:r>
        <w:rPr>
          <w:rFonts w:ascii="Georgia" w:hAnsi="Georgia"/>
          <w:b w:val="0"/>
          <w:i w:val="0"/>
          <w:sz w:val="20"/>
        </w:rPr>
        <w:t>1. Deliver resource: ______________________________________</w:t>
      </w:r>
    </w:p>
    <w:p>
      <w:pPr>
        <w:spacing w:after="20"/>
        <w:ind w:left="403" w:hanging="317"/>
      </w:pPr>
      <w:r>
        <w:rPr>
          <w:rFonts w:ascii="Georgia" w:hAnsi="Georgia"/>
          <w:b w:val="0"/>
          <w:i w:val="0"/>
          <w:sz w:val="20"/>
        </w:rPr>
        <w:t>2. Expand problem: ________________________________________</w:t>
      </w:r>
    </w:p>
    <w:p>
      <w:pPr>
        <w:spacing w:after="20"/>
        <w:ind w:left="403" w:hanging="317"/>
      </w:pPr>
      <w:r>
        <w:rPr>
          <w:rFonts w:ascii="Georgia" w:hAnsi="Georgia"/>
          <w:b w:val="0"/>
          <w:i w:val="0"/>
          <w:sz w:val="20"/>
        </w:rPr>
        <w:t>3. Teach approach: ________________________________________</w:t>
      </w:r>
    </w:p>
    <w:p>
      <w:pPr>
        <w:spacing w:after="20"/>
        <w:ind w:left="403" w:hanging="317"/>
      </w:pPr>
      <w:r>
        <w:rPr>
          <w:rFonts w:ascii="Georgia" w:hAnsi="Georgia"/>
          <w:b w:val="0"/>
          <w:i w:val="0"/>
          <w:sz w:val="20"/>
        </w:rPr>
        <w:t>4. Show proof: ___________________________________________</w:t>
      </w:r>
    </w:p>
    <w:p>
      <w:pPr>
        <w:spacing w:after="20"/>
        <w:ind w:left="403" w:hanging="317"/>
      </w:pPr>
      <w:r>
        <w:rPr>
          <w:rFonts w:ascii="Georgia" w:hAnsi="Georgia"/>
          <w:b w:val="0"/>
          <w:i w:val="0"/>
          <w:sz w:val="20"/>
        </w:rPr>
        <w:t>5. Invite conversation: ___________________________________</w:t>
      </w:r>
    </w:p>
    <w:p>
      <w:pPr/>
      <w:r>
        <w:rPr>
          <w:rFonts w:ascii="Georgia" w:hAnsi="Georgia"/>
          <w:b/>
          <w:i w:val="0"/>
          <w:sz w:val="20"/>
        </w:rPr>
        <w:t>How will we know it is working?</w:t>
      </w:r>
    </w:p>
    <w:p>
      <w:pPr/>
      <w:r>
        <w:rPr>
          <w:rFonts w:ascii="Georgia" w:hAnsi="Georgia"/>
          <w:b w:val="0"/>
          <w:i w:val="0"/>
          <w:sz w:val="20"/>
        </w:rPr>
        <w:t>__________________________________________________________</w:t>
      </w:r>
    </w:p>
    <w:p>
      <w:pPr>
        <w:pStyle w:val="Heading2"/>
        <w:keepNext/>
      </w:pPr>
      <w:r>
        <w:t>TEMPLATE 12 — Sustainable Newsletter Template</w:t>
      </w:r>
    </w:p>
    <w:p>
      <w:pPr/>
      <w:r>
        <w:rPr>
          <w:rFonts w:ascii="Georgia" w:hAnsi="Georgia"/>
          <w:b/>
          <w:i w:val="0"/>
          <w:sz w:val="20"/>
        </w:rPr>
        <w:t>Purpose:</w:t>
      </w:r>
      <w:r>
        <w:rPr>
          <w:rFonts w:ascii="Georgia" w:hAnsi="Georgia"/>
          <w:b w:val="0"/>
          <w:i w:val="0"/>
          <w:sz w:val="20"/>
        </w:rPr>
        <w:t xml:space="preserve"> Make the newsletter a repeatable part of the machine.</w:t>
      </w:r>
    </w:p>
    <w:p>
      <w:pPr>
        <w:pStyle w:val="Heading3"/>
        <w:keepNext/>
      </w:pPr>
      <w:r>
        <w:t>Version A — One Idea</w:t>
      </w:r>
    </w:p>
    <w:p>
      <w:pPr/>
      <w:r>
        <w:rPr>
          <w:rFonts w:ascii="Georgia" w:hAnsi="Georgia"/>
          <w:b/>
          <w:i w:val="0"/>
          <w:sz w:val="20"/>
        </w:rPr>
        <w:t>Subject line:</w:t>
      </w:r>
      <w:r>
        <w:rPr>
          <w:rFonts w:ascii="Georgia" w:hAnsi="Georgia"/>
          <w:b w:val="0"/>
          <w:i w:val="0"/>
          <w:sz w:val="20"/>
        </w:rPr>
        <w:t xml:space="preserve"> __________________________________________</w:t>
      </w:r>
    </w:p>
    <w:p>
      <w:pPr/>
      <w:r>
        <w:rPr>
          <w:rFonts w:ascii="Georgia" w:hAnsi="Georgia"/>
          <w:b/>
          <w:i w:val="0"/>
          <w:sz w:val="20"/>
        </w:rPr>
        <w:t>Opening observation:</w:t>
      </w:r>
    </w:p>
    <w:p>
      <w:pPr/>
      <w:r>
        <w:rPr>
          <w:rFonts w:ascii="Georgia" w:hAnsi="Georgia"/>
          <w:b w:val="0"/>
          <w:i w:val="0"/>
          <w:sz w:val="20"/>
        </w:rPr>
        <w:t>__________________________________________________________</w:t>
      </w:r>
    </w:p>
    <w:p>
      <w:pPr/>
      <w:r>
        <w:rPr>
          <w:rFonts w:ascii="Georgia" w:hAnsi="Georgia"/>
          <w:b/>
          <w:i w:val="0"/>
          <w:sz w:val="20"/>
        </w:rPr>
        <w:t>One useful idea:</w:t>
      </w:r>
    </w:p>
    <w:p>
      <w:pPr/>
      <w:r>
        <w:rPr>
          <w:rFonts w:ascii="Georgia" w:hAnsi="Georgia"/>
          <w:b w:val="0"/>
          <w:i w:val="0"/>
          <w:sz w:val="20"/>
        </w:rPr>
        <w:t>__________________________________________________________</w:t>
      </w:r>
    </w:p>
    <w:p>
      <w:pPr/>
      <w:r>
        <w:rPr>
          <w:rFonts w:ascii="Georgia" w:hAnsi="Georgia"/>
          <w:b/>
          <w:i w:val="0"/>
          <w:sz w:val="20"/>
        </w:rPr>
        <w:t>Example:</w:t>
      </w:r>
    </w:p>
    <w:p>
      <w:pPr/>
      <w:r>
        <w:rPr>
          <w:rFonts w:ascii="Georgia" w:hAnsi="Georgia"/>
          <w:b w:val="0"/>
          <w:i w:val="0"/>
          <w:sz w:val="20"/>
        </w:rPr>
        <w:t>__________________________________________________________</w:t>
      </w:r>
    </w:p>
    <w:p>
      <w:pPr/>
      <w:r>
        <w:rPr>
          <w:rFonts w:ascii="Georgia" w:hAnsi="Georgia"/>
          <w:b/>
          <w:i w:val="0"/>
          <w:sz w:val="20"/>
        </w:rPr>
        <w:t>Recommendation / action:</w:t>
      </w:r>
    </w:p>
    <w:p>
      <w:pPr/>
      <w:r>
        <w:rPr>
          <w:rFonts w:ascii="Georgia" w:hAnsi="Georgia"/>
          <w:b w:val="0"/>
          <w:i w:val="0"/>
          <w:sz w:val="20"/>
        </w:rPr>
        <w:t>__________________________________________________________</w:t>
      </w:r>
    </w:p>
    <w:p>
      <w:pPr/>
      <w:r>
        <w:rPr>
          <w:rFonts w:ascii="Georgia" w:hAnsi="Georgia"/>
          <w:b/>
          <w:i w:val="0"/>
          <w:sz w:val="20"/>
        </w:rPr>
        <w:t>CTA:</w:t>
      </w:r>
      <w:r>
        <w:rPr>
          <w:rFonts w:ascii="Georgia" w:hAnsi="Georgia"/>
          <w:b w:val="0"/>
          <w:i w:val="0"/>
          <w:sz w:val="20"/>
        </w:rPr>
        <w:t xml:space="preserve"> _________________________________________________</w:t>
      </w:r>
    </w:p>
    <w:p>
      <w:pPr>
        <w:pStyle w:val="Heading3"/>
        <w:keepNext/>
      </w:pPr>
      <w:r>
        <w:t>Version B — What / So What / Now What</w:t>
      </w:r>
    </w:p>
    <w:p>
      <w:pPr/>
      <w:r>
        <w:rPr>
          <w:rFonts w:ascii="Georgia" w:hAnsi="Georgia"/>
          <w:b/>
          <w:i w:val="0"/>
          <w:sz w:val="20"/>
        </w:rPr>
        <w:t>WHAT:</w:t>
      </w:r>
      <w:r>
        <w:rPr>
          <w:rFonts w:ascii="Georgia" w:hAnsi="Georgia"/>
          <w:b w:val="0"/>
          <w:i w:val="0"/>
          <w:sz w:val="20"/>
        </w:rPr>
        <w:t xml:space="preserve"> What happened / what did I notice?</w:t>
      </w:r>
    </w:p>
    <w:p>
      <w:pPr/>
      <w:r>
        <w:rPr>
          <w:rFonts w:ascii="Georgia" w:hAnsi="Georgia"/>
          <w:b w:val="0"/>
          <w:i w:val="0"/>
          <w:sz w:val="20"/>
        </w:rPr>
        <w:t>__________________________________________________________</w:t>
      </w:r>
    </w:p>
    <w:p>
      <w:pPr/>
      <w:r>
        <w:rPr>
          <w:rFonts w:ascii="Georgia" w:hAnsi="Georgia"/>
          <w:b/>
          <w:i w:val="0"/>
          <w:sz w:val="20"/>
        </w:rPr>
        <w:t>SO WHAT:</w:t>
      </w:r>
      <w:r>
        <w:rPr>
          <w:rFonts w:ascii="Georgia" w:hAnsi="Georgia"/>
          <w:b w:val="0"/>
          <w:i w:val="0"/>
          <w:sz w:val="20"/>
        </w:rPr>
        <w:t xml:space="preserve"> Why does it matter to the reader?</w:t>
      </w:r>
    </w:p>
    <w:p>
      <w:pPr/>
      <w:r>
        <w:rPr>
          <w:rFonts w:ascii="Georgia" w:hAnsi="Georgia"/>
          <w:b w:val="0"/>
          <w:i w:val="0"/>
          <w:sz w:val="20"/>
        </w:rPr>
        <w:t>__________________________________________________________</w:t>
      </w:r>
    </w:p>
    <w:p>
      <w:pPr/>
      <w:r>
        <w:rPr>
          <w:rFonts w:ascii="Georgia" w:hAnsi="Georgia"/>
          <w:b/>
          <w:i w:val="0"/>
          <w:sz w:val="20"/>
        </w:rPr>
        <w:t>NOW WHAT:</w:t>
      </w:r>
      <w:r>
        <w:rPr>
          <w:rFonts w:ascii="Georgia" w:hAnsi="Georgia"/>
          <w:b w:val="0"/>
          <w:i w:val="0"/>
          <w:sz w:val="20"/>
        </w:rPr>
        <w:t xml:space="preserve"> What should the reader do?</w:t>
      </w:r>
    </w:p>
    <w:p>
      <w:pPr/>
      <w:r>
        <w:rPr>
          <w:rFonts w:ascii="Georgia" w:hAnsi="Georgia"/>
          <w:b w:val="0"/>
          <w:i w:val="0"/>
          <w:sz w:val="20"/>
        </w:rPr>
        <w:t>__________________________________________________________</w:t>
      </w:r>
    </w:p>
    <w:p>
      <w:pPr>
        <w:pStyle w:val="Heading3"/>
        <w:keepNext/>
      </w:pPr>
      <w:r>
        <w:t>Newsletter reserve</w:t>
      </w:r>
    </w:p>
    <w:p>
      <w:pPr/>
      <w:r>
        <w:rPr>
          <w:rFonts w:ascii="Georgia" w:hAnsi="Georgia"/>
          <w:b w:val="0"/>
          <w:i w:val="0"/>
          <w:sz w:val="20"/>
        </w:rPr>
        <w:t>Keep three evergreen issue ideas ready:</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pStyle w:val="Heading2"/>
        <w:keepNext/>
      </w:pPr>
      <w:r>
        <w:t>TEMPLATE 13 — Content Performance Scorecard</w:t>
      </w:r>
    </w:p>
    <w:p>
      <w:pPr/>
      <w:r>
        <w:rPr>
          <w:rFonts w:ascii="Georgia" w:hAnsi="Georgia"/>
          <w:b/>
          <w:i w:val="0"/>
          <w:sz w:val="20"/>
        </w:rPr>
        <w:t>Purpose:</w:t>
      </w:r>
      <w:r>
        <w:rPr>
          <w:rFonts w:ascii="Georgia" w:hAnsi="Georgia"/>
          <w:b w:val="0"/>
          <w:i w:val="0"/>
          <w:sz w:val="20"/>
        </w:rPr>
        <w:t xml:space="preserve"> See whether the machine is operating and whether it helps the business.</w:t>
      </w:r>
    </w:p>
    <w:p>
      <w:pPr>
        <w:pStyle w:val="Heading3"/>
        <w:keepNext/>
      </w:pPr>
      <w:r>
        <w:t>Monthly scorecard</w:t>
      </w:r>
    </w:p>
    <w:p>
      <w:pPr/>
      <w:r>
        <w:rPr>
          <w:rFonts w:ascii="Georgia" w:hAnsi="Georgia"/>
          <w:b/>
          <w:i w:val="0"/>
          <w:sz w:val="20"/>
        </w:rPr>
        <w:t>Production</w:t>
      </w:r>
    </w:p>
    <w:p>
      <w:pPr>
        <w:pStyle w:val="ListBullet"/>
        <w:spacing w:after="20"/>
      </w:pPr>
      <w:r>
        <w:rPr>
          <w:rFonts w:ascii="Georgia" w:hAnsi="Georgia"/>
          <w:b w:val="0"/>
          <w:i w:val="0"/>
          <w:sz w:val="20"/>
        </w:rPr>
        <w:t>Anchors published: ______</w:t>
      </w:r>
    </w:p>
    <w:p>
      <w:pPr>
        <w:pStyle w:val="ListBullet"/>
        <w:spacing w:after="20"/>
      </w:pPr>
      <w:r>
        <w:rPr>
          <w:rFonts w:ascii="Georgia" w:hAnsi="Georgia"/>
          <w:b w:val="0"/>
          <w:i w:val="0"/>
          <w:sz w:val="20"/>
        </w:rPr>
        <w:t>Derivatives published: ______</w:t>
      </w:r>
    </w:p>
    <w:p>
      <w:pPr>
        <w:pStyle w:val="ListBullet"/>
        <w:spacing w:after="20"/>
      </w:pPr>
      <w:r>
        <w:rPr>
          <w:rFonts w:ascii="Georgia" w:hAnsi="Georgia"/>
          <w:b w:val="0"/>
          <w:i w:val="0"/>
          <w:sz w:val="20"/>
        </w:rPr>
        <w:t>Newsletter issues sent: ______</w:t>
      </w:r>
    </w:p>
    <w:p>
      <w:pPr>
        <w:pStyle w:val="ListBullet"/>
        <w:spacing w:after="20"/>
      </w:pPr>
      <w:r>
        <w:rPr>
          <w:rFonts w:ascii="Georgia" w:hAnsi="Georgia"/>
          <w:b w:val="0"/>
          <w:i w:val="0"/>
          <w:sz w:val="20"/>
        </w:rPr>
        <w:t>Approximate content hours: ______</w:t>
      </w:r>
    </w:p>
    <w:p>
      <w:pPr/>
      <w:r>
        <w:rPr>
          <w:rFonts w:ascii="Georgia" w:hAnsi="Georgia"/>
          <w:b/>
          <w:i w:val="0"/>
          <w:sz w:val="20"/>
        </w:rPr>
        <w:t>Attention</w:t>
      </w:r>
    </w:p>
    <w:p>
      <w:pPr>
        <w:pStyle w:val="ListBullet"/>
        <w:spacing w:after="20"/>
      </w:pPr>
      <w:r>
        <w:rPr>
          <w:rFonts w:ascii="Georgia" w:hAnsi="Georgia"/>
          <w:b w:val="0"/>
          <w:i w:val="0"/>
          <w:sz w:val="20"/>
        </w:rPr>
        <w:t>Best-performing piece: ______________________________</w:t>
      </w:r>
    </w:p>
    <w:p>
      <w:pPr>
        <w:pStyle w:val="ListBullet"/>
        <w:spacing w:after="20"/>
      </w:pPr>
      <w:r>
        <w:rPr>
          <w:rFonts w:ascii="Georgia" w:hAnsi="Georgia"/>
          <w:b w:val="0"/>
          <w:i w:val="0"/>
          <w:sz w:val="20"/>
        </w:rPr>
        <w:t>Primary attention metric: ____________________________</w:t>
      </w:r>
    </w:p>
    <w:p>
      <w:pPr/>
      <w:r>
        <w:rPr>
          <w:rFonts w:ascii="Georgia" w:hAnsi="Georgia"/>
          <w:b/>
          <w:i w:val="0"/>
          <w:sz w:val="20"/>
        </w:rPr>
        <w:t>Audience</w:t>
      </w:r>
    </w:p>
    <w:p>
      <w:pPr>
        <w:pStyle w:val="ListBullet"/>
        <w:spacing w:after="20"/>
      </w:pPr>
      <w:r>
        <w:rPr>
          <w:rFonts w:ascii="Georgia" w:hAnsi="Georgia"/>
          <w:b w:val="0"/>
          <w:i w:val="0"/>
          <w:sz w:val="20"/>
        </w:rPr>
        <w:t>New subscribers / relevant followers: ______</w:t>
      </w:r>
    </w:p>
    <w:p>
      <w:pPr>
        <w:pStyle w:val="ListBullet"/>
        <w:spacing w:after="20"/>
      </w:pPr>
      <w:r>
        <w:rPr>
          <w:rFonts w:ascii="Georgia" w:hAnsi="Georgia"/>
          <w:b w:val="0"/>
          <w:i w:val="0"/>
          <w:sz w:val="20"/>
        </w:rPr>
        <w:t>Replies / downloads / registrations: ______</w:t>
      </w:r>
    </w:p>
    <w:p>
      <w:pPr/>
      <w:r>
        <w:rPr>
          <w:rFonts w:ascii="Georgia" w:hAnsi="Georgia"/>
          <w:b/>
          <w:i w:val="0"/>
          <w:sz w:val="20"/>
        </w:rPr>
        <w:t>Business</w:t>
      </w:r>
    </w:p>
    <w:p>
      <w:pPr>
        <w:pStyle w:val="ListBullet"/>
        <w:spacing w:after="20"/>
      </w:pPr>
      <w:r>
        <w:rPr>
          <w:rFonts w:ascii="Georgia" w:hAnsi="Georgia"/>
          <w:b w:val="0"/>
          <w:i w:val="0"/>
          <w:sz w:val="20"/>
        </w:rPr>
        <w:t>Leads influenced: ______</w:t>
      </w:r>
    </w:p>
    <w:p>
      <w:pPr>
        <w:pStyle w:val="ListBullet"/>
        <w:spacing w:after="20"/>
      </w:pPr>
      <w:r>
        <w:rPr>
          <w:rFonts w:ascii="Georgia" w:hAnsi="Georgia"/>
          <w:b w:val="0"/>
          <w:i w:val="0"/>
          <w:sz w:val="20"/>
        </w:rPr>
        <w:t>Sales conversations influenced: ______</w:t>
      </w:r>
    </w:p>
    <w:p>
      <w:pPr>
        <w:pStyle w:val="ListBullet"/>
        <w:spacing w:after="20"/>
      </w:pPr>
      <w:r>
        <w:rPr>
          <w:rFonts w:ascii="Georgia" w:hAnsi="Georgia"/>
          <w:b w:val="0"/>
          <w:i w:val="0"/>
          <w:sz w:val="20"/>
        </w:rPr>
        <w:t>Opportunities / revenue influenced: ______</w:t>
      </w:r>
    </w:p>
    <w:p>
      <w:pPr/>
      <w:r>
        <w:rPr>
          <w:rFonts w:ascii="Georgia" w:hAnsi="Georgia"/>
          <w:b/>
          <w:i w:val="0"/>
          <w:sz w:val="20"/>
        </w:rPr>
        <w:t>Efficiency</w:t>
      </w:r>
    </w:p>
    <w:p>
      <w:pPr/>
      <w:r>
        <w:rPr>
          <w:rFonts w:ascii="Georgia" w:hAnsi="Georgia"/>
          <w:b w:val="0"/>
          <w:i w:val="0"/>
          <w:sz w:val="20"/>
        </w:rPr>
        <w:t>Which piece created the most value for the least effort?</w:t>
      </w:r>
    </w:p>
    <w:p>
      <w:pPr/>
      <w:r>
        <w:rPr>
          <w:rFonts w:ascii="Georgia" w:hAnsi="Georgia"/>
          <w:b w:val="0"/>
          <w:i w:val="0"/>
          <w:sz w:val="20"/>
        </w:rPr>
        <w:t>__________________________________________________________</w:t>
      </w:r>
    </w:p>
    <w:p>
      <w:pPr>
        <w:pStyle w:val="Heading3"/>
        <w:keepNext/>
      </w:pPr>
      <w:r>
        <w:t>Quarterly questions</w:t>
      </w:r>
    </w:p>
    <w:p>
      <w:pPr>
        <w:spacing w:after="20"/>
        <w:ind w:left="403" w:hanging="317"/>
      </w:pPr>
      <w:r>
        <w:rPr>
          <w:rFonts w:ascii="Georgia" w:hAnsi="Georgia"/>
          <w:b w:val="0"/>
          <w:i w:val="0"/>
          <w:sz w:val="20"/>
        </w:rPr>
        <w:t>1. Which topics consistently perform best?</w:t>
      </w:r>
    </w:p>
    <w:p>
      <w:pPr>
        <w:spacing w:after="20"/>
        <w:ind w:left="403" w:hanging="317"/>
      </w:pPr>
      <w:r>
        <w:rPr>
          <w:rFonts w:ascii="Georgia" w:hAnsi="Georgia"/>
          <w:b w:val="0"/>
          <w:i w:val="0"/>
          <w:sz w:val="20"/>
        </w:rPr>
        <w:t>2. Which formats consistently perform best?</w:t>
      </w:r>
    </w:p>
    <w:p>
      <w:pPr>
        <w:spacing w:after="20"/>
        <w:ind w:left="403" w:hanging="317"/>
      </w:pPr>
      <w:r>
        <w:rPr>
          <w:rFonts w:ascii="Georgia" w:hAnsi="Georgia"/>
          <w:b w:val="0"/>
          <w:i w:val="0"/>
          <w:sz w:val="20"/>
        </w:rPr>
        <w:t>3. Which content directly helped sales or customer success?</w:t>
      </w:r>
    </w:p>
    <w:p>
      <w:pPr>
        <w:spacing w:after="20"/>
        <w:ind w:left="403" w:hanging="317"/>
      </w:pPr>
      <w:r>
        <w:rPr>
          <w:rFonts w:ascii="Georgia" w:hAnsi="Georgia"/>
          <w:b w:val="0"/>
          <w:i w:val="0"/>
          <w:sz w:val="20"/>
        </w:rPr>
        <w:t>4. Which channel consumes too much time?</w:t>
      </w:r>
    </w:p>
    <w:p>
      <w:pPr>
        <w:spacing w:after="20"/>
        <w:ind w:left="403" w:hanging="317"/>
      </w:pPr>
      <w:r>
        <w:rPr>
          <w:rFonts w:ascii="Georgia" w:hAnsi="Georgia"/>
          <w:b w:val="0"/>
          <w:i w:val="0"/>
          <w:sz w:val="20"/>
        </w:rPr>
        <w:t>5. Which evergreen asset should be refreshed?</w:t>
      </w:r>
    </w:p>
    <w:p>
      <w:pPr>
        <w:spacing w:after="20"/>
        <w:ind w:left="403" w:hanging="317"/>
      </w:pPr>
      <w:r>
        <w:rPr>
          <w:rFonts w:ascii="Georgia" w:hAnsi="Georgia"/>
          <w:b w:val="0"/>
          <w:i w:val="0"/>
          <w:sz w:val="20"/>
        </w:rPr>
        <w:t>6. What should we stop doing?</w:t>
      </w:r>
    </w:p>
    <w:p>
      <w:pPr>
        <w:spacing w:after="20"/>
        <w:ind w:left="403" w:hanging="317"/>
      </w:pPr>
      <w:r>
        <w:rPr>
          <w:rFonts w:ascii="Georgia" w:hAnsi="Georgia"/>
          <w:b w:val="0"/>
          <w:i w:val="0"/>
          <w:sz w:val="20"/>
        </w:rPr>
        <w:t>7. What is one experiment for next quarter?</w:t>
      </w:r>
    </w:p>
    <w:p>
      <w:pPr>
        <w:pStyle w:val="Heading2"/>
        <w:keepNext/>
      </w:pPr>
      <w:r>
        <w:t>TEMPLATE 14 — Three-Hour Weekly Content Planner</w:t>
      </w:r>
    </w:p>
    <w:p>
      <w:pPr/>
      <w:r>
        <w:rPr>
          <w:rFonts w:ascii="Georgia" w:hAnsi="Georgia"/>
          <w:b/>
          <w:i w:val="0"/>
          <w:sz w:val="20"/>
        </w:rPr>
        <w:t>Purpose:</w:t>
      </w:r>
      <w:r>
        <w:rPr>
          <w:rFonts w:ascii="Georgia" w:hAnsi="Georgia"/>
          <w:b w:val="0"/>
          <w:i w:val="0"/>
          <w:sz w:val="20"/>
        </w:rPr>
        <w:t xml:space="preserve"> Turn the system into calendar blocks.</w:t>
      </w:r>
    </w:p>
    <w:p>
      <w:pPr>
        <w:pStyle w:val="Heading3"/>
        <w:keepNext/>
      </w:pPr>
      <w:r>
        <w:t>Week of: __________________________</w:t>
      </w:r>
    </w:p>
    <w:p>
      <w:pPr/>
      <w:r>
        <w:rPr>
          <w:rFonts w:ascii="Georgia" w:hAnsi="Georgia"/>
          <w:b/>
          <w:i w:val="0"/>
          <w:sz w:val="20"/>
        </w:rPr>
        <w:t>LISTEN + CHOOSE — up to 60 minutes</w:t>
      </w:r>
    </w:p>
    <w:p>
      <w:pPr/>
      <w:r>
        <w:rPr>
          <w:rFonts w:ascii="Georgia" w:hAnsi="Georgia"/>
          <w:b w:val="0"/>
          <w:i w:val="0"/>
          <w:sz w:val="20"/>
        </w:rPr>
        <w:t>Customer questions captured:</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pStyle w:val="ListBullet"/>
        <w:spacing w:after="20"/>
      </w:pPr>
      <w:r>
        <w:rPr>
          <w:rFonts w:ascii="Georgia" w:hAnsi="Georgia"/>
          <w:b w:val="0"/>
          <w:i w:val="0"/>
          <w:sz w:val="20"/>
        </w:rPr>
        <w:t>_________________________________________________</w:t>
      </w:r>
    </w:p>
    <w:p>
      <w:pPr/>
      <w:r>
        <w:rPr>
          <w:rFonts w:ascii="Georgia" w:hAnsi="Georgia"/>
          <w:b w:val="0"/>
          <w:i w:val="0"/>
          <w:sz w:val="20"/>
        </w:rPr>
        <w:t>Anchor selected: __________________________________________</w:t>
      </w:r>
    </w:p>
    <w:p>
      <w:pPr/>
      <w:r>
        <w:rPr>
          <w:rFonts w:ascii="Georgia" w:hAnsi="Georgia"/>
          <w:b w:val="0"/>
          <w:i w:val="0"/>
          <w:sz w:val="20"/>
        </w:rPr>
        <w:t>Brief completed? Yes / No</w:t>
      </w:r>
    </w:p>
    <w:p>
      <w:pPr/>
      <w:r>
        <w:rPr>
          <w:rFonts w:ascii="Georgia" w:hAnsi="Georgia"/>
          <w:b/>
          <w:i w:val="0"/>
          <w:sz w:val="20"/>
        </w:rPr>
        <w:t>CREATE — up to 60 minutes</w:t>
      </w:r>
    </w:p>
    <w:p>
      <w:pPr/>
      <w:r>
        <w:rPr>
          <w:rFonts w:ascii="Georgia" w:hAnsi="Georgia"/>
          <w:b w:val="0"/>
          <w:i w:val="0"/>
          <w:sz w:val="20"/>
        </w:rPr>
        <w:t>Source format: Writing / Audio / Video / Interview / Presentation</w:t>
      </w:r>
    </w:p>
    <w:p>
      <w:pPr/>
      <w:r>
        <w:rPr>
          <w:rFonts w:ascii="Georgia" w:hAnsi="Georgia"/>
          <w:b w:val="0"/>
          <w:i w:val="0"/>
          <w:sz w:val="20"/>
        </w:rPr>
        <w:t>Creation block scheduled for: ______________________________</w:t>
      </w:r>
    </w:p>
    <w:p>
      <w:pPr/>
      <w:r>
        <w:rPr>
          <w:rFonts w:ascii="Georgia" w:hAnsi="Georgia"/>
          <w:b/>
          <w:i w:val="0"/>
          <w:sz w:val="20"/>
        </w:rPr>
        <w:t>MULTIPLY + HUMANIZE — up to 50 minutes</w:t>
      </w:r>
    </w:p>
    <w:p>
      <w:pPr/>
      <w:r>
        <w:rPr>
          <w:rFonts w:ascii="Georgia" w:hAnsi="Georgia"/>
          <w:b w:val="0"/>
          <w:i w:val="0"/>
          <w:sz w:val="20"/>
        </w:rPr>
        <w:t>Derivatives selected:</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spacing w:after="20"/>
        <w:ind w:left="403" w:hanging="317"/>
      </w:pPr>
      <w:r>
        <w:rPr>
          <w:rFonts w:ascii="Georgia" w:hAnsi="Georgia"/>
          <w:b w:val="0"/>
          <w:i w:val="0"/>
          <w:sz w:val="20"/>
        </w:rPr>
        <w:t>4. _________________________________________________</w:t>
      </w:r>
    </w:p>
    <w:p>
      <w:pPr/>
      <w:r>
        <w:rPr>
          <w:rFonts w:ascii="Georgia" w:hAnsi="Georgia"/>
          <w:b w:val="0"/>
          <w:i w:val="0"/>
          <w:sz w:val="20"/>
        </w:rPr>
        <w:t>Human review complete? Yes / No</w:t>
      </w:r>
    </w:p>
    <w:p>
      <w:pPr/>
      <w:r>
        <w:rPr>
          <w:rFonts w:ascii="Georgia" w:hAnsi="Georgia"/>
          <w:b w:val="0"/>
          <w:i w:val="0"/>
          <w:sz w:val="20"/>
        </w:rPr>
        <w:t>Facts checked? Yes / No</w:t>
      </w:r>
    </w:p>
    <w:p>
      <w:pPr/>
      <w:r>
        <w:rPr>
          <w:rFonts w:ascii="Georgia" w:hAnsi="Georgia"/>
          <w:b/>
          <w:i w:val="0"/>
          <w:sz w:val="20"/>
        </w:rPr>
        <w:t>SCHEDULE + REVIEW — up to 10 minutes</w:t>
      </w:r>
    </w:p>
    <w:p>
      <w:pPr/>
      <w:r>
        <w:rPr>
          <w:rFonts w:ascii="Georgia" w:hAnsi="Georgia"/>
          <w:b w:val="0"/>
          <w:i w:val="0"/>
          <w:sz w:val="20"/>
        </w:rPr>
        <w:t>Publish dates loaded? Yes / No</w:t>
      </w:r>
    </w:p>
    <w:p>
      <w:pPr/>
      <w:r>
        <w:rPr>
          <w:rFonts w:ascii="Georgia" w:hAnsi="Georgia"/>
          <w:b w:val="0"/>
          <w:i w:val="0"/>
          <w:sz w:val="20"/>
        </w:rPr>
        <w:t>One useful performance observation:</w:t>
      </w:r>
    </w:p>
    <w:p>
      <w:pPr/>
      <w:r>
        <w:rPr>
          <w:rFonts w:ascii="Georgia" w:hAnsi="Georgia"/>
          <w:b w:val="0"/>
          <w:i w:val="0"/>
          <w:sz w:val="20"/>
        </w:rPr>
        <w:t>__________________________________________________________</w:t>
      </w:r>
    </w:p>
    <w:p>
      <w:pPr/>
      <w:r>
        <w:rPr>
          <w:rFonts w:ascii="Georgia" w:hAnsi="Georgia"/>
          <w:b w:val="0"/>
          <w:i w:val="0"/>
          <w:sz w:val="20"/>
        </w:rPr>
        <w:t>New idea generated by response:</w:t>
      </w:r>
    </w:p>
    <w:p>
      <w:pPr/>
      <w:r>
        <w:rPr>
          <w:rFonts w:ascii="Georgia" w:hAnsi="Georgia"/>
          <w:b w:val="0"/>
          <w:i w:val="0"/>
          <w:sz w:val="20"/>
        </w:rPr>
        <w:t>__________________________________________________________</w:t>
      </w:r>
    </w:p>
    <w:p>
      <w:pPr>
        <w:pStyle w:val="Heading3"/>
        <w:keepNext/>
      </w:pPr>
      <w:r>
        <w:t>Monthly content plan</w:t>
      </w:r>
    </w:p>
    <w:tbl>
      <w:tblPr>
        <w:tblStyle w:val="TableGrid"/>
        <w:tblW w:type="auto" w:w="0"/>
        <w:jc w:val="center"/>
        <w:tblLook w:firstColumn="1" w:firstRow="1" w:lastColumn="0" w:lastRow="0" w:noHBand="0" w:noVBand="1" w:val="04A0"/>
      </w:tblPr>
      <w:tblGrid>
        <w:gridCol w:w="2033"/>
        <w:gridCol w:w="2033"/>
        <w:gridCol w:w="2033"/>
        <w:gridCol w:w="2033"/>
        <w:gridCol w:w="2033"/>
      </w:tblGrid>
      <w:tr>
        <w:trPr>
          <w:tblHeader w:val="true"/>
        </w:trPr>
        <w:tc>
          <w:tcPr>
            <w:tcW w:type="dxa" w:w="2033"/>
            <w:vAlign w:val="center"/>
            <w:shd w:fill="E8E8E8"/>
          </w:tcPr>
          <w:p>
            <w:pPr>
              <w:spacing w:after="0"/>
            </w:pPr>
            <w:r>
              <w:rPr>
                <w:rFonts w:ascii="Arial" w:hAnsi="Arial"/>
                <w:b/>
                <w:i w:val="0"/>
                <w:sz w:val="15"/>
              </w:rPr>
              <w:t>Week</w:t>
            </w:r>
          </w:p>
        </w:tc>
        <w:tc>
          <w:tcPr>
            <w:tcW w:type="dxa" w:w="2033"/>
            <w:vAlign w:val="center"/>
            <w:shd w:fill="E8E8E8"/>
          </w:tcPr>
          <w:p>
            <w:pPr>
              <w:spacing w:after="0"/>
            </w:pPr>
            <w:r>
              <w:rPr>
                <w:rFonts w:ascii="Arial" w:hAnsi="Arial"/>
                <w:b/>
                <w:i w:val="0"/>
                <w:sz w:val="15"/>
              </w:rPr>
              <w:t>Anchor / Main Theme</w:t>
            </w:r>
          </w:p>
        </w:tc>
        <w:tc>
          <w:tcPr>
            <w:tcW w:type="dxa" w:w="2033"/>
            <w:vAlign w:val="center"/>
            <w:shd w:fill="E8E8E8"/>
          </w:tcPr>
          <w:p>
            <w:pPr>
              <w:spacing w:after="0"/>
            </w:pPr>
            <w:r>
              <w:rPr>
                <w:rFonts w:ascii="Arial" w:hAnsi="Arial"/>
                <w:b/>
                <w:i w:val="0"/>
                <w:sz w:val="15"/>
              </w:rPr>
              <w:t>Newsletter</w:t>
            </w:r>
          </w:p>
        </w:tc>
        <w:tc>
          <w:tcPr>
            <w:tcW w:type="dxa" w:w="2033"/>
            <w:vAlign w:val="center"/>
            <w:shd w:fill="E8E8E8"/>
          </w:tcPr>
          <w:p>
            <w:pPr>
              <w:spacing w:after="0"/>
            </w:pPr>
            <w:r>
              <w:rPr>
                <w:rFonts w:ascii="Arial" w:hAnsi="Arial"/>
                <w:b/>
                <w:i w:val="0"/>
                <w:sz w:val="15"/>
              </w:rPr>
              <w:t>Derivatives</w:t>
            </w:r>
          </w:p>
        </w:tc>
        <w:tc>
          <w:tcPr>
            <w:tcW w:type="dxa" w:w="2033"/>
            <w:vAlign w:val="center"/>
            <w:shd w:fill="E8E8E8"/>
          </w:tcPr>
          <w:p>
            <w:pPr>
              <w:spacing w:after="0"/>
            </w:pPr>
            <w:r>
              <w:rPr>
                <w:rFonts w:ascii="Arial" w:hAnsi="Arial"/>
                <w:b/>
                <w:i w:val="0"/>
                <w:sz w:val="15"/>
              </w:rPr>
              <w:t>Business Event Supported</w:t>
            </w:r>
          </w:p>
        </w:tc>
      </w:tr>
      <w:tr>
        <w:tc>
          <w:tcPr>
            <w:tcW w:type="dxa" w:w="2033"/>
            <w:vAlign w:val="center"/>
          </w:tcPr>
          <w:p>
            <w:pPr>
              <w:spacing w:after="0"/>
            </w:pPr>
            <w:r>
              <w:rPr>
                <w:rFonts w:ascii="Arial" w:hAnsi="Arial"/>
                <w:b w:val="0"/>
                <w:i w:val="0"/>
                <w:sz w:val="15"/>
              </w:rPr>
              <w:t>1</w:t>
            </w: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r>
      <w:tr>
        <w:tc>
          <w:tcPr>
            <w:tcW w:type="dxa" w:w="2033"/>
            <w:vAlign w:val="center"/>
          </w:tcPr>
          <w:p>
            <w:pPr>
              <w:spacing w:after="0"/>
            </w:pPr>
            <w:r>
              <w:rPr>
                <w:rFonts w:ascii="Arial" w:hAnsi="Arial"/>
                <w:b w:val="0"/>
                <w:i w:val="0"/>
                <w:sz w:val="15"/>
              </w:rPr>
              <w:t>2</w:t>
            </w: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r>
      <w:tr>
        <w:tc>
          <w:tcPr>
            <w:tcW w:type="dxa" w:w="2033"/>
            <w:vAlign w:val="center"/>
          </w:tcPr>
          <w:p>
            <w:pPr>
              <w:spacing w:after="0"/>
            </w:pPr>
            <w:r>
              <w:rPr>
                <w:rFonts w:ascii="Arial" w:hAnsi="Arial"/>
                <w:b w:val="0"/>
                <w:i w:val="0"/>
                <w:sz w:val="15"/>
              </w:rPr>
              <w:t>3</w:t>
            </w: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r>
      <w:tr>
        <w:tc>
          <w:tcPr>
            <w:tcW w:type="dxa" w:w="2033"/>
            <w:vAlign w:val="center"/>
          </w:tcPr>
          <w:p>
            <w:pPr>
              <w:spacing w:after="0"/>
            </w:pPr>
            <w:r>
              <w:rPr>
                <w:rFonts w:ascii="Arial" w:hAnsi="Arial"/>
                <w:b w:val="0"/>
                <w:i w:val="0"/>
                <w:sz w:val="15"/>
              </w:rPr>
              <w:t>4</w:t>
            </w: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c>
          <w:tcPr>
            <w:tcW w:type="dxa" w:w="2033"/>
            <w:vAlign w:val="center"/>
          </w:tcPr>
          <w:p>
            <w:pPr>
              <w:spacing w:after="0"/>
            </w:pPr>
          </w:p>
        </w:tc>
      </w:tr>
    </w:tbl>
    <w:p>
      <w:pPr>
        <w:spacing w:after="40"/>
      </w:pPr>
    </w:p>
    <w:p>
      <w:pPr>
        <w:pStyle w:val="Heading3"/>
        <w:keepNext/>
      </w:pPr>
      <w:r>
        <w:t>Operating rules</w:t>
      </w:r>
    </w:p>
    <w:p>
      <w:pPr/>
      <w:r>
        <w:rPr>
          <w:rFonts w:ascii="Georgia" w:hAnsi="Georgia"/>
          <w:b w:val="0"/>
          <w:i w:val="0"/>
          <w:sz w:val="20"/>
        </w:rPr>
        <w:t>Write five rules that will keep your machine small and sustainable:</w:t>
      </w:r>
    </w:p>
    <w:p>
      <w:pPr>
        <w:spacing w:after="20"/>
        <w:ind w:left="403" w:hanging="317"/>
      </w:pPr>
      <w:r>
        <w:rPr>
          <w:rFonts w:ascii="Georgia" w:hAnsi="Georgia"/>
          <w:b w:val="0"/>
          <w:i w:val="0"/>
          <w:sz w:val="20"/>
        </w:rPr>
        <w:t>1. _________________________________________________</w:t>
      </w:r>
    </w:p>
    <w:p>
      <w:pPr>
        <w:spacing w:after="20"/>
        <w:ind w:left="403" w:hanging="317"/>
      </w:pPr>
      <w:r>
        <w:rPr>
          <w:rFonts w:ascii="Georgia" w:hAnsi="Georgia"/>
          <w:b w:val="0"/>
          <w:i w:val="0"/>
          <w:sz w:val="20"/>
        </w:rPr>
        <w:t>2. _________________________________________________</w:t>
      </w:r>
    </w:p>
    <w:p>
      <w:pPr>
        <w:spacing w:after="20"/>
        <w:ind w:left="403" w:hanging="317"/>
      </w:pPr>
      <w:r>
        <w:rPr>
          <w:rFonts w:ascii="Georgia" w:hAnsi="Georgia"/>
          <w:b w:val="0"/>
          <w:i w:val="0"/>
          <w:sz w:val="20"/>
        </w:rPr>
        <w:t>3. _________________________________________________</w:t>
      </w:r>
    </w:p>
    <w:p>
      <w:pPr>
        <w:spacing w:after="20"/>
        <w:ind w:left="403" w:hanging="317"/>
      </w:pPr>
      <w:r>
        <w:rPr>
          <w:rFonts w:ascii="Georgia" w:hAnsi="Georgia"/>
          <w:b w:val="0"/>
          <w:i w:val="0"/>
          <w:sz w:val="20"/>
        </w:rPr>
        <w:t>4. _________________________________________________</w:t>
      </w:r>
    </w:p>
    <w:p>
      <w:pPr>
        <w:spacing w:after="20"/>
        <w:ind w:left="403" w:hanging="317"/>
      </w:pPr>
      <w:r>
        <w:rPr>
          <w:rFonts w:ascii="Georgia" w:hAnsi="Georgia"/>
          <w:b w:val="0"/>
          <w:i w:val="0"/>
          <w:sz w:val="20"/>
        </w:rPr>
        <w:t>5. _________________________________________________</w:t>
      </w:r>
    </w:p>
    <w:p>
      <w:pPr/>
      <w:r>
        <w:br w:type="page"/>
      </w:r>
    </w:p>
    <w:p>
      <w:pPr>
        <w:pStyle w:val="Heading1"/>
        <w:jc w:val="left"/>
        <w:keepNext/>
      </w:pPr>
      <w:r>
        <w:t>FINAL WORKSHEET — Build Your Content Machine in One Page</w:t>
      </w:r>
    </w:p>
    <w:p>
      <w:pPr/>
      <w:r>
        <w:rPr>
          <w:rFonts w:ascii="Georgia" w:hAnsi="Georgia"/>
          <w:b/>
          <w:i w:val="0"/>
          <w:sz w:val="20"/>
        </w:rPr>
        <w:t>Content Customer:</w:t>
      </w:r>
      <w:r>
        <w:rPr>
          <w:rFonts w:ascii="Georgia" w:hAnsi="Georgia"/>
          <w:b w:val="0"/>
          <w:i w:val="0"/>
          <w:sz w:val="20"/>
        </w:rPr>
        <w:t xml:space="preserve"> ______________________________________</w:t>
      </w:r>
    </w:p>
    <w:p>
      <w:pPr/>
      <w:r>
        <w:rPr>
          <w:rFonts w:ascii="Georgia" w:hAnsi="Georgia"/>
          <w:b/>
          <w:i w:val="0"/>
          <w:sz w:val="20"/>
        </w:rPr>
        <w:t>Content Promise:</w:t>
      </w:r>
      <w:r>
        <w:rPr>
          <w:rFonts w:ascii="Georgia" w:hAnsi="Georgia"/>
          <w:b w:val="0"/>
          <w:i w:val="0"/>
          <w:sz w:val="20"/>
        </w:rPr>
        <w:t xml:space="preserve"> _______________________________________</w:t>
      </w:r>
    </w:p>
    <w:p>
      <w:pPr/>
      <w:r>
        <w:rPr>
          <w:rFonts w:ascii="Georgia" w:hAnsi="Georgia"/>
          <w:b/>
          <w:i w:val="0"/>
          <w:sz w:val="20"/>
        </w:rPr>
        <w:t>Pillar 1:</w:t>
      </w:r>
      <w:r>
        <w:rPr>
          <w:rFonts w:ascii="Georgia" w:hAnsi="Georgia"/>
          <w:b w:val="0"/>
          <w:i w:val="0"/>
          <w:sz w:val="20"/>
        </w:rPr>
        <w:t xml:space="preserve"> ______________________________________________</w:t>
      </w:r>
    </w:p>
    <w:p>
      <w:pPr/>
      <w:r>
        <w:rPr>
          <w:rFonts w:ascii="Georgia" w:hAnsi="Georgia"/>
          <w:b/>
          <w:i w:val="0"/>
          <w:sz w:val="20"/>
        </w:rPr>
        <w:t>Pillar 2:</w:t>
      </w:r>
      <w:r>
        <w:rPr>
          <w:rFonts w:ascii="Georgia" w:hAnsi="Georgia"/>
          <w:b w:val="0"/>
          <w:i w:val="0"/>
          <w:sz w:val="20"/>
        </w:rPr>
        <w:t xml:space="preserve"> ______________________________________________</w:t>
      </w:r>
    </w:p>
    <w:p>
      <w:pPr/>
      <w:r>
        <w:rPr>
          <w:rFonts w:ascii="Georgia" w:hAnsi="Georgia"/>
          <w:b/>
          <w:i w:val="0"/>
          <w:sz w:val="20"/>
        </w:rPr>
        <w:t>Pillar 3:</w:t>
      </w:r>
      <w:r>
        <w:rPr>
          <w:rFonts w:ascii="Georgia" w:hAnsi="Georgia"/>
          <w:b w:val="0"/>
          <w:i w:val="0"/>
          <w:sz w:val="20"/>
        </w:rPr>
        <w:t xml:space="preserve"> ______________________________________________</w:t>
      </w:r>
    </w:p>
    <w:p>
      <w:pPr/>
      <w:r>
        <w:rPr>
          <w:rFonts w:ascii="Georgia" w:hAnsi="Georgia"/>
          <w:b/>
          <w:i w:val="0"/>
          <w:sz w:val="20"/>
        </w:rPr>
        <w:t>Primary Anchor Format:</w:t>
      </w:r>
      <w:r>
        <w:rPr>
          <w:rFonts w:ascii="Georgia" w:hAnsi="Georgia"/>
          <w:b w:val="0"/>
          <w:i w:val="0"/>
          <w:sz w:val="20"/>
        </w:rPr>
        <w:t xml:space="preserve"> __________________________________</w:t>
      </w:r>
    </w:p>
    <w:p>
      <w:pPr/>
      <w:r>
        <w:rPr>
          <w:rFonts w:ascii="Georgia" w:hAnsi="Georgia"/>
          <w:b/>
          <w:i w:val="0"/>
          <w:sz w:val="20"/>
        </w:rPr>
        <w:t>Primary Distribution Format:</w:t>
      </w:r>
      <w:r>
        <w:rPr>
          <w:rFonts w:ascii="Georgia" w:hAnsi="Georgia"/>
          <w:b w:val="0"/>
          <w:i w:val="0"/>
          <w:sz w:val="20"/>
        </w:rPr>
        <w:t xml:space="preserve"> _____________________________</w:t>
      </w:r>
    </w:p>
    <w:p>
      <w:pPr/>
      <w:r>
        <w:rPr>
          <w:rFonts w:ascii="Georgia" w:hAnsi="Georgia"/>
          <w:b/>
          <w:i w:val="0"/>
          <w:sz w:val="20"/>
        </w:rPr>
        <w:t>Owned Channel:</w:t>
      </w:r>
      <w:r>
        <w:rPr>
          <w:rFonts w:ascii="Georgia" w:hAnsi="Georgia"/>
          <w:b w:val="0"/>
          <w:i w:val="0"/>
          <w:sz w:val="20"/>
        </w:rPr>
        <w:t xml:space="preserve"> _________________________________________</w:t>
      </w:r>
    </w:p>
    <w:p>
      <w:pPr/>
      <w:r>
        <w:rPr>
          <w:rFonts w:ascii="Georgia" w:hAnsi="Georgia"/>
          <w:b/>
          <w:i w:val="0"/>
          <w:sz w:val="20"/>
        </w:rPr>
        <w:t>Discovery Channel:</w:t>
      </w:r>
      <w:r>
        <w:rPr>
          <w:rFonts w:ascii="Georgia" w:hAnsi="Georgia"/>
          <w:b w:val="0"/>
          <w:i w:val="0"/>
          <w:sz w:val="20"/>
        </w:rPr>
        <w:t xml:space="preserve"> _____________________________________</w:t>
      </w:r>
    </w:p>
    <w:p>
      <w:pPr/>
      <w:r>
        <w:rPr>
          <w:rFonts w:ascii="Georgia" w:hAnsi="Georgia"/>
          <w:b/>
          <w:i w:val="0"/>
          <w:sz w:val="20"/>
        </w:rPr>
        <w:t>Relationship Channel:</w:t>
      </w:r>
      <w:r>
        <w:rPr>
          <w:rFonts w:ascii="Georgia" w:hAnsi="Georgia"/>
          <w:b w:val="0"/>
          <w:i w:val="0"/>
          <w:sz w:val="20"/>
        </w:rPr>
        <w:t xml:space="preserve"> __________________________________</w:t>
      </w:r>
    </w:p>
    <w:p>
      <w:pPr/>
      <w:r>
        <w:rPr>
          <w:rFonts w:ascii="Georgia" w:hAnsi="Georgia"/>
          <w:b/>
          <w:i w:val="0"/>
          <w:sz w:val="20"/>
        </w:rPr>
        <w:t>Lead Magnet / Next Step:</w:t>
      </w:r>
      <w:r>
        <w:rPr>
          <w:rFonts w:ascii="Georgia" w:hAnsi="Georgia"/>
          <w:b w:val="0"/>
          <w:i w:val="0"/>
          <w:sz w:val="20"/>
        </w:rPr>
        <w:t xml:space="preserve"> _________________________________</w:t>
      </w:r>
    </w:p>
    <w:p>
      <w:pPr/>
      <w:r>
        <w:rPr>
          <w:rFonts w:ascii="Georgia" w:hAnsi="Georgia"/>
          <w:b/>
          <w:i w:val="0"/>
          <w:sz w:val="20"/>
        </w:rPr>
        <w:t>Publishing Rhythm:</w:t>
      </w:r>
      <w:r>
        <w:rPr>
          <w:rFonts w:ascii="Georgia" w:hAnsi="Georgia"/>
          <w:b w:val="0"/>
          <w:i w:val="0"/>
          <w:sz w:val="20"/>
        </w:rPr>
        <w:t xml:space="preserve"> ______________________________________</w:t>
      </w:r>
    </w:p>
    <w:p>
      <w:pPr/>
      <w:r>
        <w:rPr>
          <w:rFonts w:ascii="Georgia" w:hAnsi="Georgia"/>
          <w:b/>
          <w:i w:val="0"/>
          <w:sz w:val="20"/>
        </w:rPr>
        <w:t>Weekly Content Time Block:</w:t>
      </w:r>
      <w:r>
        <w:rPr>
          <w:rFonts w:ascii="Georgia" w:hAnsi="Georgia"/>
          <w:b w:val="0"/>
          <w:i w:val="0"/>
          <w:sz w:val="20"/>
        </w:rPr>
        <w:t xml:space="preserve"> _______________________________</w:t>
      </w:r>
    </w:p>
    <w:p>
      <w:pPr/>
      <w:r>
        <w:rPr>
          <w:rFonts w:ascii="Georgia" w:hAnsi="Georgia"/>
          <w:b/>
          <w:i w:val="0"/>
          <w:sz w:val="20"/>
        </w:rPr>
        <w:t>Primary Business Metric:</w:t>
      </w:r>
      <w:r>
        <w:rPr>
          <w:rFonts w:ascii="Georgia" w:hAnsi="Georgia"/>
          <w:b w:val="0"/>
          <w:i w:val="0"/>
          <w:sz w:val="20"/>
        </w:rPr>
        <w:t xml:space="preserve"> _________________________________</w:t>
      </w:r>
    </w:p>
    <w:p>
      <w:pPr/>
      <w:r>
        <w:rPr>
          <w:rFonts w:ascii="Georgia" w:hAnsi="Georgia"/>
          <w:b/>
          <w:i w:val="0"/>
          <w:sz w:val="20"/>
        </w:rPr>
        <w:t>What we are deliberately NOT doing:</w:t>
      </w:r>
    </w:p>
    <w:p>
      <w:pPr/>
      <w:r>
        <w:rPr>
          <w:rFonts w:ascii="Georgia" w:hAnsi="Georgia"/>
          <w:b w:val="0"/>
          <w:i w:val="0"/>
          <w:sz w:val="20"/>
        </w:rPr>
        <w:t>__________________________________________________________</w:t>
      </w:r>
    </w:p>
    <w:p>
      <w:pPr/>
      <w:r>
        <w:rPr>
          <w:rFonts w:ascii="Georgia" w:hAnsi="Georgia"/>
          <w:b/>
          <w:i w:val="0"/>
          <w:sz w:val="20"/>
        </w:rPr>
        <w:t>First anchor topic:</w:t>
      </w:r>
    </w:p>
    <w:p>
      <w:pPr/>
      <w:r>
        <w:rPr>
          <w:rFonts w:ascii="Georgia" w:hAnsi="Georgia"/>
          <w:b w:val="0"/>
          <w:i w:val="0"/>
          <w:sz w:val="20"/>
        </w:rPr>
        <w:t>__________________________________________________________</w:t>
      </w:r>
    </w:p>
    <w:p>
      <w:pPr/>
      <w:r>
        <w:rPr>
          <w:rFonts w:ascii="Georgia" w:hAnsi="Georgia"/>
          <w:b/>
          <w:i w:val="0"/>
          <w:sz w:val="20"/>
        </w:rPr>
        <w:t>Next action:</w:t>
      </w:r>
    </w:p>
    <w:p>
      <w:pPr/>
      <w:r>
        <w:rPr>
          <w:rFonts w:ascii="Georgia" w:hAnsi="Georgia"/>
          <w:b w:val="0"/>
          <w:i w:val="0"/>
          <w:sz w:val="20"/>
        </w:rPr>
        <w:t>__________________________________________________________</w:t>
      </w:r>
    </w:p>
    <w:sectPr w:rsidR="00FC693F" w:rsidRPr="0006063C" w:rsidSect="00034616">
      <w:headerReference w:type="default" r:id="rId9"/>
      <w:footerReference w:type="default" r:id="rId10"/>
      <w:pgSz w:w="12240" w:h="15840"/>
      <w:pgMar w:top="936" w:right="1037" w:bottom="936"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sz w:val="15"/>
      </w:rPr>
      <w:t>THE ONE-PERSON CONTENT MACHINE  |  TOOLKIT 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Georgia" w:hAnsi="Georg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after="140"/>
    </w:pPr>
    <w:rPr>
      <w:rFonts w:ascii="Arial" w:hAnsi="Arial"/>
      <w:i/>
      <w:sz w:val="17"/>
    </w:rPr>
  </w:style>
  <w:style w:type="paragraph" w:customStyle="1" w:styleId="Callout">
    <w:name w:val="Callout"/>
    <w:pPr>
      <w:spacing w:before="120" w:after="120"/>
      <w:ind w:left="432" w:right="432"/>
    </w:pPr>
    <w:rPr>
      <w:rFonts w:ascii="Georgia" w:hAnsi="Georgia"/>
      <w: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One-Person Content Machine — Complete Toolkit Templates</dc:title>
  <dc:subject>Companion workbook for The One-Person Content Machine</dc:subject>
  <dc:creator>James Inglis</dc:creator>
  <cp:keywords>content, templates, toolkit, one-person business, content machine</cp:keywords>
  <dc:description>generated by python-docx</dc:description>
  <cp:lastModifiedBy/>
  <cp:revision>1</cp:revision>
  <dcterms:created xsi:type="dcterms:W3CDTF">2013-12-23T23:15:00Z</dcterms:created>
  <dcterms:modified xsi:type="dcterms:W3CDTF">2013-12-23T23:15:00Z</dcterms:modified>
  <cp:category/>
</cp:coreProperties>
</file>