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8"/>
        </w:rPr>
        <w:t>THE ONE-PERSON BUSINESS OPERATING SYSTEM</w:t>
        <w:br/>
        <w:t>COMPLETE TOOLKIT</w:t>
      </w:r>
    </w:p>
    <w:p>
      <w:pPr>
        <w:jc w:val="center"/>
      </w:pPr>
      <w:r>
        <w:t>Editable Companion Workbook · Book 6 of The One-Person Business Playbooks</w:t>
      </w:r>
    </w:p>
    <w:p>
      <w:pPr>
        <w:jc w:val="center"/>
      </w:pPr>
      <w:r>
        <w:t>James Inglis</w:t>
      </w:r>
    </w:p>
    <w:p>
      <w:r>
        <w:t>Use these tools to make the business easier to see, easier to run, and less dependent on memory. Start with the tools that solve a real problem; you do not need to install all of them at once.</w:t>
      </w:r>
    </w:p>
    <w:p>
      <w:r>
        <w:t>No signup required. Companion resources are available through OnePersonBusinessPlaybooks.com.</w:t>
      </w:r>
    </w:p>
    <w:p>
      <w:r>
        <w:t>Copyright © 2026 James Inglis. The purchaser or reader may copy and adapt these tools for personal use or for use inside a business they own or manage. The toolkit may not be resold, republished, or redistributed as a standalone product.</w:t>
      </w:r>
    </w:p>
    <w:p>
      <w:r>
        <w:br w:type="page"/>
      </w:r>
    </w:p>
    <w:p>
      <w:pPr>
        <w:pStyle w:val="Heading1"/>
      </w:pPr>
      <w:r>
        <w:t>TEMPLATE 1 — One-Person Business Command Center</w:t>
      </w:r>
    </w:p>
    <w:p>
      <w:r>
        <w:rPr>
          <w:b/>
        </w:rPr>
        <w:t xml:space="preserve">Purpose: </w:t>
      </w:r>
      <w:r>
        <w:t>See the condition of the business on one page and identify what deserves attention.</w:t>
      </w:r>
    </w:p>
    <w:p>
      <w:r>
        <w:rPr>
          <w:b/>
        </w:rPr>
        <w:t>Financial measures (2–3)</w:t>
      </w:r>
    </w:p>
    <w:p>
      <w:r>
        <w:t>________________________________________________________________________________</w:t>
      </w:r>
    </w:p>
    <w:p>
      <w:r>
        <w:rPr>
          <w:b/>
        </w:rPr>
        <w:t>Sales measures (1–3)</w:t>
      </w:r>
    </w:p>
    <w:p>
      <w:r>
        <w:t>________________________________________________________________________________</w:t>
      </w:r>
    </w:p>
    <w:p>
      <w:r>
        <w:rPr>
          <w:b/>
        </w:rPr>
        <w:t>Customer measures (1–3)</w:t>
      </w:r>
    </w:p>
    <w:p>
      <w:r>
        <w:t>________________________________________________________________________________</w:t>
      </w:r>
    </w:p>
    <w:p>
      <w:r>
        <w:rPr>
          <w:b/>
        </w:rPr>
        <w:t>Work / capacity measures (1–3)</w:t>
      </w:r>
    </w:p>
    <w:p>
      <w:r>
        <w:t>________________________________________________________________________________</w:t>
      </w:r>
    </w:p>
    <w:p>
      <w:r>
        <w:rPr>
          <w:b/>
        </w:rPr>
        <w:t>Marketing measures (1–3)</w:t>
      </w:r>
    </w:p>
    <w:p>
      <w:r>
        <w:t>________________________________________________________________________________</w:t>
      </w:r>
    </w:p>
    <w:p>
      <w:r>
        <w:rPr>
          <w:b/>
        </w:rPr>
        <w:t>What is GREEN?</w:t>
      </w:r>
    </w:p>
    <w:p>
      <w:r>
        <w:t>________________________________________________________________________________</w:t>
      </w:r>
    </w:p>
    <w:p>
      <w:r>
        <w:rPr>
          <w:b/>
        </w:rPr>
        <w:t>What is YELLOW?</w:t>
      </w:r>
    </w:p>
    <w:p>
      <w:r>
        <w:t>________________________________________________________________________________</w:t>
      </w:r>
    </w:p>
    <w:p>
      <w:r>
        <w:rPr>
          <w:b/>
        </w:rPr>
        <w:t>What is RED?</w:t>
      </w:r>
    </w:p>
    <w:p>
      <w:r>
        <w:t>________________________________________________________________________________</w:t>
      </w:r>
    </w:p>
    <w:p>
      <w:r>
        <w:rPr>
          <w:b/>
        </w:rPr>
        <w:t>What requires a decision?</w:t>
      </w:r>
    </w:p>
    <w:p>
      <w:r>
        <w:t>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TEMPLATE 2 — Annual Direction Sheet</w:t>
      </w:r>
    </w:p>
    <w:p>
      <w:r>
        <w:rPr>
          <w:b/>
        </w:rPr>
        <w:t xml:space="preserve">Purpose: </w:t>
      </w:r>
      <w:r>
        <w:t>Set enough direction for the year without pretending you can predict every step.</w:t>
      </w:r>
    </w:p>
    <w:p>
      <w:r>
        <w:rPr>
          <w:b/>
        </w:rPr>
        <w:t>Financial — By year-end, the business will…</w:t>
      </w:r>
    </w:p>
    <w:p>
      <w:r>
        <w:t>________________________________________________________________________________</w:t>
      </w:r>
    </w:p>
    <w:p>
      <w:r>
        <w:rPr>
          <w:b/>
        </w:rPr>
        <w:t>Strategic — The most important change we will make is…</w:t>
      </w:r>
    </w:p>
    <w:p>
      <w:r>
        <w:t>________________________________________________________________________________</w:t>
      </w:r>
    </w:p>
    <w:p>
      <w:r>
        <w:rPr>
          <w:b/>
        </w:rPr>
        <w:t>Customers — By year-end, our customer base/relationships will…</w:t>
      </w:r>
    </w:p>
    <w:p>
      <w:r>
        <w:t>________________________________________________________________________________</w:t>
      </w:r>
    </w:p>
    <w:p>
      <w:r>
        <w:rPr>
          <w:b/>
        </w:rPr>
        <w:t>Offer — Our products/services will…</w:t>
      </w:r>
    </w:p>
    <w:p>
      <w:r>
        <w:t>________________________________________________________________________________</w:t>
      </w:r>
    </w:p>
    <w:p>
      <w:r>
        <w:rPr>
          <w:b/>
        </w:rPr>
        <w:t>Owner — My role, schedule, or quality of life will…</w:t>
      </w:r>
    </w:p>
    <w:p>
      <w:r>
        <w:t>________________________________________________________________________________</w:t>
      </w:r>
    </w:p>
    <w:p>
      <w:r>
        <w:rPr>
          <w:b/>
        </w:rPr>
        <w:t>What we will deliberately not pursue this year</w:t>
      </w:r>
    </w:p>
    <w:p>
      <w:r>
        <w:t>________________________________________________________________________________</w:t>
      </w:r>
    </w:p>
    <w:p>
      <w:r>
        <w:rPr>
          <w:b/>
        </w:rPr>
        <w:t>Three assumptions this plan depends on</w:t>
      </w:r>
    </w:p>
    <w:p>
      <w:r>
        <w:t>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TEMPLATE 3 — 90-Day Operating Plan</w:t>
      </w:r>
    </w:p>
    <w:p>
      <w:r>
        <w:rPr>
          <w:b/>
        </w:rPr>
        <w:t xml:space="preserve">Purpose: </w:t>
      </w:r>
      <w:r>
        <w:t>Turn annual direction into three finishable quarterly outcomes.</w:t>
      </w:r>
    </w:p>
    <w:p>
      <w:r>
        <w:rPr>
          <w:b/>
        </w:rPr>
        <w:t>Priority 1 — Outcome</w:t>
      </w:r>
    </w:p>
    <w:p>
      <w:r>
        <w:t>________________________________________________________________________________</w:t>
      </w:r>
    </w:p>
    <w:p>
      <w:r>
        <w:rPr>
          <w:b/>
        </w:rPr>
        <w:t>Why it matters</w:t>
      </w:r>
    </w:p>
    <w:p>
      <w:r>
        <w:t>________________________________________________________________________________</w:t>
      </w:r>
    </w:p>
    <w:p>
      <w:r>
        <w:rPr>
          <w:b/>
        </w:rPr>
        <w:t>Measure</w:t>
      </w:r>
    </w:p>
    <w:p>
      <w:r>
        <w:t>________________________________________________________________________________</w:t>
      </w:r>
    </w:p>
    <w:p>
      <w:r>
        <w:rPr>
          <w:b/>
        </w:rPr>
        <w:t>Deadline</w:t>
      </w:r>
    </w:p>
    <w:p>
      <w:r>
        <w:t>________________________________________________________________________________</w:t>
      </w:r>
    </w:p>
    <w:p>
      <w:r>
        <w:rPr>
          <w:b/>
        </w:rPr>
        <w:t>Milestones</w:t>
      </w:r>
    </w:p>
    <w:p>
      <w:r>
        <w:t>________________________________________________________________________________</w:t>
      </w:r>
    </w:p>
    <w:p>
      <w:r>
        <w:rPr>
          <w:b/>
        </w:rPr>
        <w:t>Next physical action</w:t>
      </w:r>
    </w:p>
    <w:p>
      <w:r>
        <w:t>________________________________________________________________________________</w:t>
      </w:r>
    </w:p>
    <w:p>
      <w:r>
        <w:rPr>
          <w:b/>
        </w:rPr>
        <w:t>Priority 2 — Outcome</w:t>
      </w:r>
    </w:p>
    <w:p>
      <w:r>
        <w:t>________________________________________________________________________________</w:t>
      </w:r>
    </w:p>
    <w:p>
      <w:r>
        <w:rPr>
          <w:b/>
        </w:rPr>
        <w:t>Why it matters</w:t>
      </w:r>
    </w:p>
    <w:p>
      <w:r>
        <w:t>________________________________________________________________________________</w:t>
      </w:r>
    </w:p>
    <w:p>
      <w:r>
        <w:rPr>
          <w:b/>
        </w:rPr>
        <w:t>Measure</w:t>
      </w:r>
    </w:p>
    <w:p>
      <w:r>
        <w:t>________________________________________________________________________________</w:t>
      </w:r>
    </w:p>
    <w:p>
      <w:r>
        <w:rPr>
          <w:b/>
        </w:rPr>
        <w:t>Deadline</w:t>
      </w:r>
    </w:p>
    <w:p>
      <w:r>
        <w:t>________________________________________________________________________________</w:t>
      </w:r>
    </w:p>
    <w:p>
      <w:r>
        <w:rPr>
          <w:b/>
        </w:rPr>
        <w:t>Milestones</w:t>
      </w:r>
    </w:p>
    <w:p>
      <w:r>
        <w:t>________________________________________________________________________________</w:t>
      </w:r>
    </w:p>
    <w:p>
      <w:r>
        <w:rPr>
          <w:b/>
        </w:rPr>
        <w:t>Next physical action</w:t>
      </w:r>
    </w:p>
    <w:p>
      <w:r>
        <w:t>________________________________________________________________________________</w:t>
      </w:r>
    </w:p>
    <w:p>
      <w:r>
        <w:rPr>
          <w:b/>
        </w:rPr>
        <w:t>Priority 3 — Outcome</w:t>
      </w:r>
    </w:p>
    <w:p>
      <w:r>
        <w:t>________________________________________________________________________________</w:t>
      </w:r>
    </w:p>
    <w:p>
      <w:r>
        <w:rPr>
          <w:b/>
        </w:rPr>
        <w:t>Why it matters</w:t>
      </w:r>
    </w:p>
    <w:p>
      <w:r>
        <w:t>________________________________________________________________________________</w:t>
      </w:r>
    </w:p>
    <w:p>
      <w:r>
        <w:rPr>
          <w:b/>
        </w:rPr>
        <w:t>Measure</w:t>
      </w:r>
    </w:p>
    <w:p>
      <w:r>
        <w:t>________________________________________________________________________________</w:t>
      </w:r>
    </w:p>
    <w:p>
      <w:r>
        <w:rPr>
          <w:b/>
        </w:rPr>
        <w:t>Deadline</w:t>
      </w:r>
    </w:p>
    <w:p>
      <w:r>
        <w:t>________________________________________________________________________________</w:t>
      </w:r>
    </w:p>
    <w:p>
      <w:r>
        <w:rPr>
          <w:b/>
        </w:rPr>
        <w:t>Milestones</w:t>
      </w:r>
    </w:p>
    <w:p>
      <w:r>
        <w:t>________________________________________________________________________________</w:t>
      </w:r>
    </w:p>
    <w:p>
      <w:r>
        <w:rPr>
          <w:b/>
        </w:rPr>
        <w:t>Next physical action</w:t>
      </w:r>
    </w:p>
    <w:p>
      <w:r>
        <w:t>________________________________________________________________________________</w:t>
      </w:r>
    </w:p>
    <w:p>
      <w:r>
        <w:rPr>
          <w:b/>
        </w:rPr>
        <w:t>Operating commitments that must continue</w:t>
      </w:r>
    </w:p>
    <w:p>
      <w:r>
        <w:t>________________________________________________________________________________</w:t>
      </w:r>
    </w:p>
    <w:p>
      <w:r>
        <w:rPr>
          <w:b/>
        </w:rPr>
        <w:t>Capacity reserve %</w:t>
      </w:r>
    </w:p>
    <w:p>
      <w:r>
        <w:t>________________________________________________________________________________</w:t>
      </w:r>
    </w:p>
    <w:p>
      <w:r>
        <w:rPr>
          <w:b/>
        </w:rPr>
        <w:t>Not This Quarter</w:t>
      </w:r>
    </w:p>
    <w:p>
      <w:r>
        <w:t>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TEMPLATE 4 — Monthly Priority Planner</w:t>
      </w:r>
    </w:p>
    <w:p>
      <w:r>
        <w:rPr>
          <w:b/>
        </w:rPr>
        <w:t xml:space="preserve">Purpose: </w:t>
      </w:r>
      <w:r>
        <w:t>Bridge the quarter and the week.</w:t>
      </w:r>
    </w:p>
    <w:p>
      <w:r>
        <w:rPr>
          <w:b/>
        </w:rPr>
        <w:t>Month</w:t>
      </w:r>
    </w:p>
    <w:p>
      <w:r>
        <w:t>________________________________________________________________________________</w:t>
      </w:r>
    </w:p>
    <w:p>
      <w:r>
        <w:rPr>
          <w:b/>
        </w:rPr>
        <w:t>Quarterly outcome that must move most this month</w:t>
      </w:r>
    </w:p>
    <w:p>
      <w:r>
        <w:t>________________________________________________________________________________</w:t>
      </w:r>
    </w:p>
    <w:p>
      <w:r>
        <w:rPr>
          <w:b/>
        </w:rPr>
        <w:t>Monthly outcome 1</w:t>
      </w:r>
    </w:p>
    <w:p>
      <w:r>
        <w:t>________________________________________________________________________________</w:t>
      </w:r>
    </w:p>
    <w:p>
      <w:r>
        <w:rPr>
          <w:b/>
        </w:rPr>
        <w:t>Monthly outcome 2</w:t>
      </w:r>
    </w:p>
    <w:p>
      <w:r>
        <w:t>________________________________________________________________________________</w:t>
      </w:r>
    </w:p>
    <w:p>
      <w:r>
        <w:rPr>
          <w:b/>
        </w:rPr>
        <w:t>Monthly outcome 3</w:t>
      </w:r>
    </w:p>
    <w:p>
      <w:r>
        <w:t>________________________________________________________________________________</w:t>
      </w:r>
    </w:p>
    <w:p>
      <w:r>
        <w:rPr>
          <w:b/>
        </w:rPr>
        <w:t>Important operating obligations</w:t>
      </w:r>
    </w:p>
    <w:p>
      <w:r>
        <w:t>________________________________________________________________________________</w:t>
      </w:r>
    </w:p>
    <w:p>
      <w:r>
        <w:rPr>
          <w:b/>
        </w:rPr>
        <w:t>Known capacity constraints</w:t>
      </w:r>
    </w:p>
    <w:p>
      <w:r>
        <w:t>________________________________________________________________________________</w:t>
      </w:r>
    </w:p>
    <w:p>
      <w:r>
        <w:rPr>
          <w:b/>
        </w:rPr>
        <w:t>Decisions required this month</w:t>
      </w:r>
    </w:p>
    <w:p>
      <w:r>
        <w:t>________________________________________________________________________________</w:t>
      </w:r>
    </w:p>
    <w:p>
      <w:r>
        <w:rPr>
          <w:b/>
        </w:rPr>
        <w:t>One thing I will not start this month</w:t>
      </w:r>
    </w:p>
    <w:p>
      <w:r>
        <w:t>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TEMPLATE 5 — Weekly CEO Meeting Agenda</w:t>
      </w:r>
    </w:p>
    <w:p>
      <w:r>
        <w:rPr>
          <w:b/>
        </w:rPr>
        <w:t xml:space="preserve">Purpose: </w:t>
      </w:r>
      <w:r>
        <w:t>Give the owner a consistent management checkpoint.</w:t>
      </w:r>
    </w:p>
    <w:p>
      <w:r>
        <w:rPr>
          <w:b/>
        </w:rPr>
        <w:t>Date</w:t>
      </w:r>
    </w:p>
    <w:p>
      <w:r>
        <w:t>________________________________________________________________________________</w:t>
      </w:r>
    </w:p>
    <w:p>
      <w:r>
        <w:rPr>
          <w:b/>
        </w:rPr>
        <w:t>1. Last week — What completed? What slipped? Why?</w:t>
      </w:r>
    </w:p>
    <w:p>
      <w:r>
        <w:t>________________________________________________________________________________</w:t>
      </w:r>
    </w:p>
    <w:p>
      <w:r>
        <w:rPr>
          <w:b/>
        </w:rPr>
        <w:t>2. Command center — What moved yellow or red?</w:t>
      </w:r>
    </w:p>
    <w:p>
      <w:r>
        <w:t>________________________________________________________________________________</w:t>
      </w:r>
    </w:p>
    <w:p>
      <w:r>
        <w:rPr>
          <w:b/>
        </w:rPr>
        <w:t>3. Customers — Who is waiting on me?</w:t>
      </w:r>
    </w:p>
    <w:p>
      <w:r>
        <w:t>________________________________________________________________________________</w:t>
      </w:r>
    </w:p>
    <w:p>
      <w:r>
        <w:rPr>
          <w:b/>
        </w:rPr>
        <w:t>4. Sales — Which opportunities need next actions?</w:t>
      </w:r>
    </w:p>
    <w:p>
      <w:r>
        <w:t>________________________________________________________________________________</w:t>
      </w:r>
    </w:p>
    <w:p>
      <w:r>
        <w:rPr>
          <w:b/>
        </w:rPr>
        <w:t>5. Projects — On track / At risk / Blocked</w:t>
      </w:r>
    </w:p>
    <w:p>
      <w:r>
        <w:t>________________________________________________________________________________</w:t>
      </w:r>
    </w:p>
    <w:p>
      <w:r>
        <w:rPr>
          <w:b/>
        </w:rPr>
        <w:t>6. Money — Cash, receivables, upcoming obligations</w:t>
      </w:r>
    </w:p>
    <w:p>
      <w:r>
        <w:t>________________________________________________________________________________</w:t>
      </w:r>
    </w:p>
    <w:p>
      <w:r>
        <w:rPr>
          <w:b/>
        </w:rPr>
        <w:t>7. CEO decisions — Decide / Gather / Defer</w:t>
      </w:r>
    </w:p>
    <w:p>
      <w:r>
        <w:t>________________________________________________________________________________</w:t>
      </w:r>
    </w:p>
    <w:p>
      <w:r>
        <w:rPr>
          <w:b/>
        </w:rPr>
        <w:t>8. Next week — Three outcomes</w:t>
      </w:r>
    </w:p>
    <w:p>
      <w:r>
        <w:t>________________________________________________________________________________</w:t>
      </w:r>
    </w:p>
    <w:p>
      <w:r>
        <w:rPr>
          <w:b/>
        </w:rPr>
        <w:t>9. Capacity — Is next week realistic?</w:t>
      </w:r>
    </w:p>
    <w:p>
      <w:r>
        <w:t>________________________________________________________________________________</w:t>
      </w:r>
    </w:p>
    <w:p>
      <w:r>
        <w:rPr>
          <w:b/>
        </w:rPr>
        <w:t>Emergency 15-minute version: Risk | Customers | Cash | Sales | Three Outcomes</w:t>
      </w:r>
    </w:p>
    <w:p>
      <w:r>
        <w:t>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TEMPLATE 6 — Daily Three Planner</w:t>
      </w:r>
    </w:p>
    <w:p>
      <w:r>
        <w:rPr>
          <w:b/>
        </w:rPr>
        <w:t xml:space="preserve">Purpose: </w:t>
      </w:r>
      <w:r>
        <w:t>Keep incoming work from determining the entire day.</w:t>
      </w:r>
    </w:p>
    <w:p>
      <w:r>
        <w:rPr>
          <w:b/>
        </w:rPr>
        <w:t>Date</w:t>
      </w:r>
    </w:p>
    <w:p>
      <w:r>
        <w:t>________________________________________________________________________________</w:t>
      </w:r>
    </w:p>
    <w:p>
      <w:r>
        <w:rPr>
          <w:b/>
        </w:rPr>
        <w:t>MUST MOVE — If only one meaningful thing advances today</w:t>
      </w:r>
    </w:p>
    <w:p>
      <w:r>
        <w:t>________________________________________________________________________________</w:t>
      </w:r>
    </w:p>
    <w:p>
      <w:r>
        <w:rPr>
          <w:b/>
        </w:rPr>
        <w:t>Maintain #1</w:t>
      </w:r>
    </w:p>
    <w:p>
      <w:r>
        <w:t>________________________________________________________________________________</w:t>
      </w:r>
    </w:p>
    <w:p>
      <w:r>
        <w:rPr>
          <w:b/>
        </w:rPr>
        <w:t>Maintain #2</w:t>
      </w:r>
    </w:p>
    <w:p>
      <w:r>
        <w:t>________________________________________________________________________________</w:t>
      </w:r>
    </w:p>
    <w:p>
      <w:r>
        <w:rPr>
          <w:b/>
        </w:rPr>
        <w:t>Communication window #1</w:t>
      </w:r>
    </w:p>
    <w:p>
      <w:r>
        <w:t>________________________________________________________________________________</w:t>
      </w:r>
    </w:p>
    <w:p>
      <w:r>
        <w:rPr>
          <w:b/>
        </w:rPr>
        <w:t>Communication window #2</w:t>
      </w:r>
    </w:p>
    <w:p>
      <w:r>
        <w:t>________________________________________________________________________________</w:t>
      </w:r>
    </w:p>
    <w:p>
      <w:r>
        <w:rPr>
          <w:b/>
        </w:rPr>
        <w:t>Protected focus block</w:t>
      </w:r>
    </w:p>
    <w:p>
      <w:r>
        <w:t>________________________________________________________________________________</w:t>
      </w:r>
    </w:p>
    <w:p>
      <w:r>
        <w:rPr>
          <w:b/>
        </w:rPr>
        <w:t>Likely interruption or constraint</w:t>
      </w:r>
    </w:p>
    <w:p>
      <w:r>
        <w:t>________________________________________________________________________________</w:t>
      </w:r>
    </w:p>
    <w:p>
      <w:r>
        <w:rPr>
          <w:b/>
        </w:rPr>
        <w:t>Completed</w:t>
      </w:r>
    </w:p>
    <w:p>
      <w:r>
        <w:t>________________________________________________________________________________</w:t>
      </w:r>
    </w:p>
    <w:p>
      <w:r>
        <w:rPr>
          <w:b/>
        </w:rPr>
        <w:t>Open promises captured? Yes / No</w:t>
      </w:r>
    </w:p>
    <w:p>
      <w:r>
        <w:t>________________________________________________________________________________</w:t>
      </w:r>
    </w:p>
    <w:p>
      <w:r>
        <w:rPr>
          <w:b/>
        </w:rPr>
        <w:t>Tomorrow's likely Must Move</w:t>
      </w:r>
    </w:p>
    <w:p>
      <w:r>
        <w:t>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TEMPLATE 7 — Recurring Workflow Mapper</w:t>
      </w:r>
    </w:p>
    <w:p>
      <w:r>
        <w:rPr>
          <w:b/>
        </w:rPr>
        <w:t xml:space="preserve">Purpose: </w:t>
      </w:r>
      <w:r>
        <w:t>Turn repeated work into a predictable process.</w:t>
      </w:r>
    </w:p>
    <w:p>
      <w:r>
        <w:rPr>
          <w:b/>
        </w:rPr>
        <w:t>Workflow name</w:t>
      </w:r>
    </w:p>
    <w:p>
      <w:r>
        <w:t>________________________________________________________________________________</w:t>
      </w:r>
    </w:p>
    <w:p>
      <w:r>
        <w:rPr>
          <w:b/>
        </w:rPr>
        <w:t>Trigger</w:t>
      </w:r>
    </w:p>
    <w:p>
      <w:r>
        <w:t>________________________________________________________________________________</w:t>
      </w:r>
    </w:p>
    <w:p>
      <w:r>
        <w:rPr>
          <w:b/>
        </w:rPr>
        <w:t>Customer / recipient</w:t>
      </w:r>
    </w:p>
    <w:p>
      <w:r>
        <w:t>________________________________________________________________________________</w:t>
      </w:r>
    </w:p>
    <w:p>
      <w:r>
        <w:rPr>
          <w:b/>
        </w:rPr>
        <w:t>Desired outcome</w:t>
      </w:r>
    </w:p>
    <w:p>
      <w:r>
        <w:t>________________________________________________________________________________</w:t>
      </w:r>
    </w:p>
    <w:p>
      <w:r>
        <w:rPr>
          <w:b/>
        </w:rPr>
        <w:t>Completion condition</w:t>
      </w:r>
    </w:p>
    <w:p>
      <w:r>
        <w:t>________________________________________________________________________________</w:t>
      </w:r>
    </w:p>
    <w:p>
      <w:r>
        <w:rPr>
          <w:b/>
        </w:rPr>
        <w:t>Step 1</w:t>
      </w:r>
    </w:p>
    <w:p>
      <w:r>
        <w:t>________________________________________________________________________________</w:t>
      </w:r>
    </w:p>
    <w:p>
      <w:r>
        <w:rPr>
          <w:b/>
        </w:rPr>
        <w:t>Step 2</w:t>
      </w:r>
    </w:p>
    <w:p>
      <w:r>
        <w:t>________________________________________________________________________________</w:t>
      </w:r>
    </w:p>
    <w:p>
      <w:r>
        <w:rPr>
          <w:b/>
        </w:rPr>
        <w:t>Step 3</w:t>
      </w:r>
    </w:p>
    <w:p>
      <w:r>
        <w:t>________________________________________________________________________________</w:t>
      </w:r>
    </w:p>
    <w:p>
      <w:r>
        <w:rPr>
          <w:b/>
        </w:rPr>
        <w:t>Step 4</w:t>
      </w:r>
    </w:p>
    <w:p>
      <w:r>
        <w:t>________________________________________________________________________________</w:t>
      </w:r>
    </w:p>
    <w:p>
      <w:r>
        <w:rPr>
          <w:b/>
        </w:rPr>
        <w:t>Step 5</w:t>
      </w:r>
    </w:p>
    <w:p>
      <w:r>
        <w:t>________________________________________________________________________________</w:t>
      </w:r>
    </w:p>
    <w:p>
      <w:r>
        <w:rPr>
          <w:b/>
        </w:rPr>
        <w:t>Likely exceptions</w:t>
      </w:r>
    </w:p>
    <w:p>
      <w:r>
        <w:t>________________________________________________________________________________</w:t>
      </w:r>
    </w:p>
    <w:p>
      <w:r>
        <w:rPr>
          <w:b/>
        </w:rPr>
        <w:t>Where does judgment remain human?</w:t>
      </w:r>
    </w:p>
    <w:p>
      <w:r>
        <w:t>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TEMPLATE 8 — One-Page SOP Builder</w:t>
      </w:r>
    </w:p>
    <w:p>
      <w:r>
        <w:rPr>
          <w:b/>
        </w:rPr>
        <w:t xml:space="preserve">Purpose: </w:t>
      </w:r>
      <w:r>
        <w:t>Document the minimum useful process without creating bureaucracy.</w:t>
      </w:r>
    </w:p>
    <w:p>
      <w:r>
        <w:rPr>
          <w:b/>
        </w:rPr>
        <w:t>SOP name</w:t>
      </w:r>
    </w:p>
    <w:p>
      <w:r>
        <w:t>________________________________________________________________________________</w:t>
      </w:r>
    </w:p>
    <w:p>
      <w:r>
        <w:rPr>
          <w:b/>
        </w:rPr>
        <w:t>Purpose</w:t>
      </w:r>
    </w:p>
    <w:p>
      <w:r>
        <w:t>________________________________________________________________________________</w:t>
      </w:r>
    </w:p>
    <w:p>
      <w:r>
        <w:rPr>
          <w:b/>
        </w:rPr>
        <w:t>Trigger</w:t>
      </w:r>
    </w:p>
    <w:p>
      <w:r>
        <w:t>________________________________________________________________________________</w:t>
      </w:r>
    </w:p>
    <w:p>
      <w:r>
        <w:rPr>
          <w:b/>
        </w:rPr>
        <w:t>Tools / systems</w:t>
      </w:r>
    </w:p>
    <w:p>
      <w:r>
        <w:t>________________________________________________________________________________</w:t>
      </w:r>
    </w:p>
    <w:p>
      <w:r>
        <w:rPr>
          <w:b/>
        </w:rPr>
        <w:t>Standard of quality</w:t>
      </w:r>
    </w:p>
    <w:p>
      <w:r>
        <w:t>________________________________________________________________________________</w:t>
      </w:r>
    </w:p>
    <w:p>
      <w:r>
        <w:rPr>
          <w:b/>
        </w:rPr>
        <w:t>Completion condition</w:t>
      </w:r>
    </w:p>
    <w:p>
      <w:r>
        <w:t>________________________________________________________________________________</w:t>
      </w:r>
    </w:p>
    <w:p>
      <w:r>
        <w:rPr>
          <w:b/>
        </w:rPr>
        <w:t>Exceptions / judgment calls</w:t>
      </w:r>
    </w:p>
    <w:p>
      <w:r>
        <w:t>________________________________________________________________________________</w:t>
      </w:r>
    </w:p>
    <w:p>
      <w:r>
        <w:rPr>
          <w:b/>
        </w:rPr>
        <w:t>Step 1</w:t>
      </w:r>
    </w:p>
    <w:p>
      <w:r>
        <w:t>________________________________________________________________________________</w:t>
      </w:r>
    </w:p>
    <w:p>
      <w:r>
        <w:rPr>
          <w:b/>
        </w:rPr>
        <w:t>Step 2</w:t>
      </w:r>
    </w:p>
    <w:p>
      <w:r>
        <w:t>________________________________________________________________________________</w:t>
      </w:r>
    </w:p>
    <w:p>
      <w:r>
        <w:rPr>
          <w:b/>
        </w:rPr>
        <w:t>Step 3</w:t>
      </w:r>
    </w:p>
    <w:p>
      <w:r>
        <w:t>________________________________________________________________________________</w:t>
      </w:r>
    </w:p>
    <w:p>
      <w:r>
        <w:rPr>
          <w:b/>
        </w:rPr>
        <w:t>Step 4</w:t>
      </w:r>
    </w:p>
    <w:p>
      <w:r>
        <w:t>________________________________________________________________________________</w:t>
      </w:r>
    </w:p>
    <w:p>
      <w:r>
        <w:rPr>
          <w:b/>
        </w:rPr>
        <w:t>Step 5</w:t>
      </w:r>
    </w:p>
    <w:p>
      <w:r>
        <w:t>________________________________________________________________________________</w:t>
      </w:r>
    </w:p>
    <w:p>
      <w:r>
        <w:rPr>
          <w:b/>
        </w:rPr>
        <w:t>Step 6</w:t>
      </w:r>
    </w:p>
    <w:p>
      <w:r>
        <w:t>________________________________________________________________________________</w:t>
      </w:r>
    </w:p>
    <w:p>
      <w:r>
        <w:rPr>
          <w:b/>
        </w:rPr>
        <w:t>Step 7</w:t>
      </w:r>
    </w:p>
    <w:p>
      <w:r>
        <w:t>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TEMPLATE 9 — Automation Opportunity Audit</w:t>
      </w:r>
    </w:p>
    <w:p>
      <w:r>
        <w:rPr>
          <w:b/>
        </w:rPr>
        <w:t xml:space="preserve">Purpose: </w:t>
      </w:r>
      <w:r>
        <w:t>Eliminate, simplify, standardize, then automate.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136"/>
        <w:gridCol w:w="1136"/>
        <w:gridCol w:w="1136"/>
        <w:gridCol w:w="1136"/>
        <w:gridCol w:w="1136"/>
        <w:gridCol w:w="1136"/>
        <w:gridCol w:w="1136"/>
        <w:gridCol w:w="1136"/>
        <w:gridCol w:w="1136"/>
      </w:tblGrid>
      <w:tr>
        <w:tc>
          <w:tcPr>
            <w:tcW w:type="dxa" w:w="1136"/>
          </w:tcPr>
          <w:p>
            <w:r>
              <w:t>Task</w:t>
            </w:r>
          </w:p>
        </w:tc>
        <w:tc>
          <w:tcPr>
            <w:tcW w:type="dxa" w:w="1136"/>
          </w:tcPr>
          <w:p>
            <w:r>
              <w:t>Times/month</w:t>
            </w:r>
          </w:p>
        </w:tc>
        <w:tc>
          <w:tcPr>
            <w:tcW w:type="dxa" w:w="1136"/>
          </w:tcPr>
          <w:p>
            <w:r>
              <w:t>Minutes each</w:t>
            </w:r>
          </w:p>
        </w:tc>
        <w:tc>
          <w:tcPr>
            <w:tcW w:type="dxa" w:w="1136"/>
          </w:tcPr>
          <w:p>
            <w:r>
              <w:t>Hours/month</w:t>
            </w:r>
          </w:p>
        </w:tc>
        <w:tc>
          <w:tcPr>
            <w:tcW w:type="dxa" w:w="1136"/>
          </w:tcPr>
          <w:p>
            <w:r>
              <w:t>Eliminate?</w:t>
            </w:r>
          </w:p>
        </w:tc>
        <w:tc>
          <w:tcPr>
            <w:tcW w:type="dxa" w:w="1136"/>
          </w:tcPr>
          <w:p>
            <w:r>
              <w:t>Simplify?</w:t>
            </w:r>
          </w:p>
        </w:tc>
        <w:tc>
          <w:tcPr>
            <w:tcW w:type="dxa" w:w="1136"/>
          </w:tcPr>
          <w:p>
            <w:r>
              <w:t>Template?</w:t>
            </w:r>
          </w:p>
        </w:tc>
        <w:tc>
          <w:tcPr>
            <w:tcW w:type="dxa" w:w="1136"/>
          </w:tcPr>
          <w:p>
            <w:r>
              <w:t>Automate?</w:t>
            </w:r>
          </w:p>
        </w:tc>
        <w:tc>
          <w:tcPr>
            <w:tcW w:type="dxa" w:w="1136"/>
          </w:tcPr>
          <w:p>
            <w:r>
              <w:t>Next action</w:t>
            </w:r>
          </w:p>
        </w:tc>
      </w:tr>
      <w:tr>
        <w:tc>
          <w:tcPr>
            <w:tcW w:type="dxa" w:w="1136"/>
          </w:tcPr>
          <w:p>
            <w:r/>
          </w:p>
        </w:tc>
        <w:tc>
          <w:tcPr>
            <w:tcW w:type="dxa" w:w="1136"/>
          </w:tcPr>
          <w:p>
            <w:r/>
          </w:p>
        </w:tc>
        <w:tc>
          <w:tcPr>
            <w:tcW w:type="dxa" w:w="1136"/>
          </w:tcPr>
          <w:p>
            <w:r/>
          </w:p>
        </w:tc>
        <w:tc>
          <w:tcPr>
            <w:tcW w:type="dxa" w:w="1136"/>
          </w:tcPr>
          <w:p>
            <w:r/>
          </w:p>
        </w:tc>
        <w:tc>
          <w:tcPr>
            <w:tcW w:type="dxa" w:w="1136"/>
          </w:tcPr>
          <w:p>
            <w:r/>
          </w:p>
        </w:tc>
        <w:tc>
          <w:tcPr>
            <w:tcW w:type="dxa" w:w="1136"/>
          </w:tcPr>
          <w:p>
            <w:r/>
          </w:p>
        </w:tc>
        <w:tc>
          <w:tcPr>
            <w:tcW w:type="dxa" w:w="1136"/>
          </w:tcPr>
          <w:p>
            <w:r/>
          </w:p>
        </w:tc>
        <w:tc>
          <w:tcPr>
            <w:tcW w:type="dxa" w:w="1136"/>
          </w:tcPr>
          <w:p>
            <w:r/>
          </w:p>
        </w:tc>
        <w:tc>
          <w:tcPr>
            <w:tcW w:type="dxa" w:w="1136"/>
          </w:tcPr>
          <w:p>
            <w:r/>
          </w:p>
        </w:tc>
      </w:tr>
      <w:tr>
        <w:tc>
          <w:tcPr>
            <w:tcW w:type="dxa" w:w="1136"/>
          </w:tcPr>
          <w:p>
            <w:r/>
          </w:p>
        </w:tc>
        <w:tc>
          <w:tcPr>
            <w:tcW w:type="dxa" w:w="1136"/>
          </w:tcPr>
          <w:p>
            <w:r/>
          </w:p>
        </w:tc>
        <w:tc>
          <w:tcPr>
            <w:tcW w:type="dxa" w:w="1136"/>
          </w:tcPr>
          <w:p>
            <w:r/>
          </w:p>
        </w:tc>
        <w:tc>
          <w:tcPr>
            <w:tcW w:type="dxa" w:w="1136"/>
          </w:tcPr>
          <w:p>
            <w:r/>
          </w:p>
        </w:tc>
        <w:tc>
          <w:tcPr>
            <w:tcW w:type="dxa" w:w="1136"/>
          </w:tcPr>
          <w:p>
            <w:r/>
          </w:p>
        </w:tc>
        <w:tc>
          <w:tcPr>
            <w:tcW w:type="dxa" w:w="1136"/>
          </w:tcPr>
          <w:p>
            <w:r/>
          </w:p>
        </w:tc>
        <w:tc>
          <w:tcPr>
            <w:tcW w:type="dxa" w:w="1136"/>
          </w:tcPr>
          <w:p>
            <w:r/>
          </w:p>
        </w:tc>
        <w:tc>
          <w:tcPr>
            <w:tcW w:type="dxa" w:w="1136"/>
          </w:tcPr>
          <w:p>
            <w:r/>
          </w:p>
        </w:tc>
        <w:tc>
          <w:tcPr>
            <w:tcW w:type="dxa" w:w="1136"/>
          </w:tcPr>
          <w:p>
            <w:r/>
          </w:p>
        </w:tc>
      </w:tr>
      <w:tr>
        <w:tc>
          <w:tcPr>
            <w:tcW w:type="dxa" w:w="1136"/>
          </w:tcPr>
          <w:p>
            <w:r/>
          </w:p>
        </w:tc>
        <w:tc>
          <w:tcPr>
            <w:tcW w:type="dxa" w:w="1136"/>
          </w:tcPr>
          <w:p>
            <w:r/>
          </w:p>
        </w:tc>
        <w:tc>
          <w:tcPr>
            <w:tcW w:type="dxa" w:w="1136"/>
          </w:tcPr>
          <w:p>
            <w:r/>
          </w:p>
        </w:tc>
        <w:tc>
          <w:tcPr>
            <w:tcW w:type="dxa" w:w="1136"/>
          </w:tcPr>
          <w:p>
            <w:r/>
          </w:p>
        </w:tc>
        <w:tc>
          <w:tcPr>
            <w:tcW w:type="dxa" w:w="1136"/>
          </w:tcPr>
          <w:p>
            <w:r/>
          </w:p>
        </w:tc>
        <w:tc>
          <w:tcPr>
            <w:tcW w:type="dxa" w:w="1136"/>
          </w:tcPr>
          <w:p>
            <w:r/>
          </w:p>
        </w:tc>
        <w:tc>
          <w:tcPr>
            <w:tcW w:type="dxa" w:w="1136"/>
          </w:tcPr>
          <w:p>
            <w:r/>
          </w:p>
        </w:tc>
        <w:tc>
          <w:tcPr>
            <w:tcW w:type="dxa" w:w="1136"/>
          </w:tcPr>
          <w:p>
            <w:r/>
          </w:p>
        </w:tc>
        <w:tc>
          <w:tcPr>
            <w:tcW w:type="dxa" w:w="1136"/>
          </w:tcPr>
          <w:p>
            <w:r/>
          </w:p>
        </w:tc>
      </w:tr>
      <w:tr>
        <w:tc>
          <w:tcPr>
            <w:tcW w:type="dxa" w:w="1136"/>
          </w:tcPr>
          <w:p>
            <w:r/>
          </w:p>
        </w:tc>
        <w:tc>
          <w:tcPr>
            <w:tcW w:type="dxa" w:w="1136"/>
          </w:tcPr>
          <w:p>
            <w:r/>
          </w:p>
        </w:tc>
        <w:tc>
          <w:tcPr>
            <w:tcW w:type="dxa" w:w="1136"/>
          </w:tcPr>
          <w:p>
            <w:r/>
          </w:p>
        </w:tc>
        <w:tc>
          <w:tcPr>
            <w:tcW w:type="dxa" w:w="1136"/>
          </w:tcPr>
          <w:p>
            <w:r/>
          </w:p>
        </w:tc>
        <w:tc>
          <w:tcPr>
            <w:tcW w:type="dxa" w:w="1136"/>
          </w:tcPr>
          <w:p>
            <w:r/>
          </w:p>
        </w:tc>
        <w:tc>
          <w:tcPr>
            <w:tcW w:type="dxa" w:w="1136"/>
          </w:tcPr>
          <w:p>
            <w:r/>
          </w:p>
        </w:tc>
        <w:tc>
          <w:tcPr>
            <w:tcW w:type="dxa" w:w="1136"/>
          </w:tcPr>
          <w:p>
            <w:r/>
          </w:p>
        </w:tc>
        <w:tc>
          <w:tcPr>
            <w:tcW w:type="dxa" w:w="1136"/>
          </w:tcPr>
          <w:p>
            <w:r/>
          </w:p>
        </w:tc>
        <w:tc>
          <w:tcPr>
            <w:tcW w:type="dxa" w:w="1136"/>
          </w:tcPr>
          <w:p>
            <w:r/>
          </w:p>
        </w:tc>
      </w:tr>
      <w:tr>
        <w:tc>
          <w:tcPr>
            <w:tcW w:type="dxa" w:w="1136"/>
          </w:tcPr>
          <w:p>
            <w:r/>
          </w:p>
        </w:tc>
        <w:tc>
          <w:tcPr>
            <w:tcW w:type="dxa" w:w="1136"/>
          </w:tcPr>
          <w:p>
            <w:r/>
          </w:p>
        </w:tc>
        <w:tc>
          <w:tcPr>
            <w:tcW w:type="dxa" w:w="1136"/>
          </w:tcPr>
          <w:p>
            <w:r/>
          </w:p>
        </w:tc>
        <w:tc>
          <w:tcPr>
            <w:tcW w:type="dxa" w:w="1136"/>
          </w:tcPr>
          <w:p>
            <w:r/>
          </w:p>
        </w:tc>
        <w:tc>
          <w:tcPr>
            <w:tcW w:type="dxa" w:w="1136"/>
          </w:tcPr>
          <w:p>
            <w:r/>
          </w:p>
        </w:tc>
        <w:tc>
          <w:tcPr>
            <w:tcW w:type="dxa" w:w="1136"/>
          </w:tcPr>
          <w:p>
            <w:r/>
          </w:p>
        </w:tc>
        <w:tc>
          <w:tcPr>
            <w:tcW w:type="dxa" w:w="1136"/>
          </w:tcPr>
          <w:p>
            <w:r/>
          </w:p>
        </w:tc>
        <w:tc>
          <w:tcPr>
            <w:tcW w:type="dxa" w:w="1136"/>
          </w:tcPr>
          <w:p>
            <w:r/>
          </w:p>
        </w:tc>
        <w:tc>
          <w:tcPr>
            <w:tcW w:type="dxa" w:w="1136"/>
          </w:tcPr>
          <w:p>
            <w:r/>
          </w:p>
        </w:tc>
      </w:tr>
      <w:tr>
        <w:tc>
          <w:tcPr>
            <w:tcW w:type="dxa" w:w="1136"/>
          </w:tcPr>
          <w:p>
            <w:r/>
          </w:p>
        </w:tc>
        <w:tc>
          <w:tcPr>
            <w:tcW w:type="dxa" w:w="1136"/>
          </w:tcPr>
          <w:p>
            <w:r/>
          </w:p>
        </w:tc>
        <w:tc>
          <w:tcPr>
            <w:tcW w:type="dxa" w:w="1136"/>
          </w:tcPr>
          <w:p>
            <w:r/>
          </w:p>
        </w:tc>
        <w:tc>
          <w:tcPr>
            <w:tcW w:type="dxa" w:w="1136"/>
          </w:tcPr>
          <w:p>
            <w:r/>
          </w:p>
        </w:tc>
        <w:tc>
          <w:tcPr>
            <w:tcW w:type="dxa" w:w="1136"/>
          </w:tcPr>
          <w:p>
            <w:r/>
          </w:p>
        </w:tc>
        <w:tc>
          <w:tcPr>
            <w:tcW w:type="dxa" w:w="1136"/>
          </w:tcPr>
          <w:p>
            <w:r/>
          </w:p>
        </w:tc>
        <w:tc>
          <w:tcPr>
            <w:tcW w:type="dxa" w:w="1136"/>
          </w:tcPr>
          <w:p>
            <w:r/>
          </w:p>
        </w:tc>
        <w:tc>
          <w:tcPr>
            <w:tcW w:type="dxa" w:w="1136"/>
          </w:tcPr>
          <w:p>
            <w:r/>
          </w:p>
        </w:tc>
        <w:tc>
          <w:tcPr>
            <w:tcW w:type="dxa" w:w="1136"/>
          </w:tcPr>
          <w:p>
            <w:r/>
          </w:p>
        </w:tc>
      </w:tr>
      <w:tr>
        <w:tc>
          <w:tcPr>
            <w:tcW w:type="dxa" w:w="1136"/>
          </w:tcPr>
          <w:p>
            <w:r/>
          </w:p>
        </w:tc>
        <w:tc>
          <w:tcPr>
            <w:tcW w:type="dxa" w:w="1136"/>
          </w:tcPr>
          <w:p>
            <w:r/>
          </w:p>
        </w:tc>
        <w:tc>
          <w:tcPr>
            <w:tcW w:type="dxa" w:w="1136"/>
          </w:tcPr>
          <w:p>
            <w:r/>
          </w:p>
        </w:tc>
        <w:tc>
          <w:tcPr>
            <w:tcW w:type="dxa" w:w="1136"/>
          </w:tcPr>
          <w:p>
            <w:r/>
          </w:p>
        </w:tc>
        <w:tc>
          <w:tcPr>
            <w:tcW w:type="dxa" w:w="1136"/>
          </w:tcPr>
          <w:p>
            <w:r/>
          </w:p>
        </w:tc>
        <w:tc>
          <w:tcPr>
            <w:tcW w:type="dxa" w:w="1136"/>
          </w:tcPr>
          <w:p>
            <w:r/>
          </w:p>
        </w:tc>
        <w:tc>
          <w:tcPr>
            <w:tcW w:type="dxa" w:w="1136"/>
          </w:tcPr>
          <w:p>
            <w:r/>
          </w:p>
        </w:tc>
        <w:tc>
          <w:tcPr>
            <w:tcW w:type="dxa" w:w="1136"/>
          </w:tcPr>
          <w:p>
            <w:r/>
          </w:p>
        </w:tc>
        <w:tc>
          <w:tcPr>
            <w:tcW w:type="dxa" w:w="1136"/>
          </w:tcPr>
          <w:p>
            <w:r/>
          </w:p>
        </w:tc>
      </w:tr>
      <w:tr>
        <w:tc>
          <w:tcPr>
            <w:tcW w:type="dxa" w:w="1136"/>
          </w:tcPr>
          <w:p>
            <w:r/>
          </w:p>
        </w:tc>
        <w:tc>
          <w:tcPr>
            <w:tcW w:type="dxa" w:w="1136"/>
          </w:tcPr>
          <w:p>
            <w:r/>
          </w:p>
        </w:tc>
        <w:tc>
          <w:tcPr>
            <w:tcW w:type="dxa" w:w="1136"/>
          </w:tcPr>
          <w:p>
            <w:r/>
          </w:p>
        </w:tc>
        <w:tc>
          <w:tcPr>
            <w:tcW w:type="dxa" w:w="1136"/>
          </w:tcPr>
          <w:p>
            <w:r/>
          </w:p>
        </w:tc>
        <w:tc>
          <w:tcPr>
            <w:tcW w:type="dxa" w:w="1136"/>
          </w:tcPr>
          <w:p>
            <w:r/>
          </w:p>
        </w:tc>
        <w:tc>
          <w:tcPr>
            <w:tcW w:type="dxa" w:w="1136"/>
          </w:tcPr>
          <w:p>
            <w:r/>
          </w:p>
        </w:tc>
        <w:tc>
          <w:tcPr>
            <w:tcW w:type="dxa" w:w="1136"/>
          </w:tcPr>
          <w:p>
            <w:r/>
          </w:p>
        </w:tc>
        <w:tc>
          <w:tcPr>
            <w:tcW w:type="dxa" w:w="1136"/>
          </w:tcPr>
          <w:p>
            <w:r/>
          </w:p>
        </w:tc>
        <w:tc>
          <w:tcPr>
            <w:tcW w:type="dxa" w:w="1136"/>
          </w:tcPr>
          <w:p>
            <w:r/>
          </w:p>
        </w:tc>
      </w:tr>
      <w:tr>
        <w:tc>
          <w:tcPr>
            <w:tcW w:type="dxa" w:w="1136"/>
          </w:tcPr>
          <w:p>
            <w:r/>
          </w:p>
        </w:tc>
        <w:tc>
          <w:tcPr>
            <w:tcW w:type="dxa" w:w="1136"/>
          </w:tcPr>
          <w:p>
            <w:r/>
          </w:p>
        </w:tc>
        <w:tc>
          <w:tcPr>
            <w:tcW w:type="dxa" w:w="1136"/>
          </w:tcPr>
          <w:p>
            <w:r/>
          </w:p>
        </w:tc>
        <w:tc>
          <w:tcPr>
            <w:tcW w:type="dxa" w:w="1136"/>
          </w:tcPr>
          <w:p>
            <w:r/>
          </w:p>
        </w:tc>
        <w:tc>
          <w:tcPr>
            <w:tcW w:type="dxa" w:w="1136"/>
          </w:tcPr>
          <w:p>
            <w:r/>
          </w:p>
        </w:tc>
        <w:tc>
          <w:tcPr>
            <w:tcW w:type="dxa" w:w="1136"/>
          </w:tcPr>
          <w:p>
            <w:r/>
          </w:p>
        </w:tc>
        <w:tc>
          <w:tcPr>
            <w:tcW w:type="dxa" w:w="1136"/>
          </w:tcPr>
          <w:p>
            <w:r/>
          </w:p>
        </w:tc>
        <w:tc>
          <w:tcPr>
            <w:tcW w:type="dxa" w:w="1136"/>
          </w:tcPr>
          <w:p>
            <w:r/>
          </w:p>
        </w:tc>
        <w:tc>
          <w:tcPr>
            <w:tcW w:type="dxa" w:w="1136"/>
          </w:tcPr>
          <w:p>
            <w:r/>
          </w:p>
        </w:tc>
      </w:tr>
      <w:tr>
        <w:tc>
          <w:tcPr>
            <w:tcW w:type="dxa" w:w="1136"/>
          </w:tcPr>
          <w:p>
            <w:r/>
          </w:p>
        </w:tc>
        <w:tc>
          <w:tcPr>
            <w:tcW w:type="dxa" w:w="1136"/>
          </w:tcPr>
          <w:p>
            <w:r/>
          </w:p>
        </w:tc>
        <w:tc>
          <w:tcPr>
            <w:tcW w:type="dxa" w:w="1136"/>
          </w:tcPr>
          <w:p>
            <w:r/>
          </w:p>
        </w:tc>
        <w:tc>
          <w:tcPr>
            <w:tcW w:type="dxa" w:w="1136"/>
          </w:tcPr>
          <w:p>
            <w:r/>
          </w:p>
        </w:tc>
        <w:tc>
          <w:tcPr>
            <w:tcW w:type="dxa" w:w="1136"/>
          </w:tcPr>
          <w:p>
            <w:r/>
          </w:p>
        </w:tc>
        <w:tc>
          <w:tcPr>
            <w:tcW w:type="dxa" w:w="1136"/>
          </w:tcPr>
          <w:p>
            <w:r/>
          </w:p>
        </w:tc>
        <w:tc>
          <w:tcPr>
            <w:tcW w:type="dxa" w:w="1136"/>
          </w:tcPr>
          <w:p>
            <w:r/>
          </w:p>
        </w:tc>
        <w:tc>
          <w:tcPr>
            <w:tcW w:type="dxa" w:w="1136"/>
          </w:tcPr>
          <w:p>
            <w:r/>
          </w:p>
        </w:tc>
        <w:tc>
          <w:tcPr>
            <w:tcW w:type="dxa" w:w="1136"/>
          </w:tcPr>
          <w:p>
            <w:r/>
          </w:p>
        </w:tc>
      </w:tr>
      <w:tr>
        <w:tc>
          <w:tcPr>
            <w:tcW w:type="dxa" w:w="1136"/>
          </w:tcPr>
          <w:p>
            <w:r/>
          </w:p>
        </w:tc>
        <w:tc>
          <w:tcPr>
            <w:tcW w:type="dxa" w:w="1136"/>
          </w:tcPr>
          <w:p>
            <w:r/>
          </w:p>
        </w:tc>
        <w:tc>
          <w:tcPr>
            <w:tcW w:type="dxa" w:w="1136"/>
          </w:tcPr>
          <w:p>
            <w:r/>
          </w:p>
        </w:tc>
        <w:tc>
          <w:tcPr>
            <w:tcW w:type="dxa" w:w="1136"/>
          </w:tcPr>
          <w:p>
            <w:r/>
          </w:p>
        </w:tc>
        <w:tc>
          <w:tcPr>
            <w:tcW w:type="dxa" w:w="1136"/>
          </w:tcPr>
          <w:p>
            <w:r/>
          </w:p>
        </w:tc>
        <w:tc>
          <w:tcPr>
            <w:tcW w:type="dxa" w:w="1136"/>
          </w:tcPr>
          <w:p>
            <w:r/>
          </w:p>
        </w:tc>
        <w:tc>
          <w:tcPr>
            <w:tcW w:type="dxa" w:w="1136"/>
          </w:tcPr>
          <w:p>
            <w:r/>
          </w:p>
        </w:tc>
        <w:tc>
          <w:tcPr>
            <w:tcW w:type="dxa" w:w="1136"/>
          </w:tcPr>
          <w:p>
            <w:r/>
          </w:p>
        </w:tc>
        <w:tc>
          <w:tcPr>
            <w:tcW w:type="dxa" w:w="1136"/>
          </w:tcPr>
          <w:p>
            <w:r/>
          </w:p>
        </w:tc>
      </w:tr>
      <w:tr>
        <w:tc>
          <w:tcPr>
            <w:tcW w:type="dxa" w:w="1136"/>
          </w:tcPr>
          <w:p>
            <w:r/>
          </w:p>
        </w:tc>
        <w:tc>
          <w:tcPr>
            <w:tcW w:type="dxa" w:w="1136"/>
          </w:tcPr>
          <w:p>
            <w:r/>
          </w:p>
        </w:tc>
        <w:tc>
          <w:tcPr>
            <w:tcW w:type="dxa" w:w="1136"/>
          </w:tcPr>
          <w:p>
            <w:r/>
          </w:p>
        </w:tc>
        <w:tc>
          <w:tcPr>
            <w:tcW w:type="dxa" w:w="1136"/>
          </w:tcPr>
          <w:p>
            <w:r/>
          </w:p>
        </w:tc>
        <w:tc>
          <w:tcPr>
            <w:tcW w:type="dxa" w:w="1136"/>
          </w:tcPr>
          <w:p>
            <w:r/>
          </w:p>
        </w:tc>
        <w:tc>
          <w:tcPr>
            <w:tcW w:type="dxa" w:w="1136"/>
          </w:tcPr>
          <w:p>
            <w:r/>
          </w:p>
        </w:tc>
        <w:tc>
          <w:tcPr>
            <w:tcW w:type="dxa" w:w="1136"/>
          </w:tcPr>
          <w:p>
            <w:r/>
          </w:p>
        </w:tc>
        <w:tc>
          <w:tcPr>
            <w:tcW w:type="dxa" w:w="1136"/>
          </w:tcPr>
          <w:p>
            <w:r/>
          </w:p>
        </w:tc>
        <w:tc>
          <w:tcPr>
            <w:tcW w:type="dxa" w:w="1136"/>
          </w:tcPr>
          <w:p>
            <w:r/>
          </w:p>
        </w:tc>
      </w:tr>
    </w:tbl>
    <w:p>
      <w:r>
        <w:br w:type="page"/>
      </w:r>
    </w:p>
    <w:p>
      <w:pPr>
        <w:pStyle w:val="Heading1"/>
      </w:pPr>
      <w:r>
        <w:t>TEMPLATE 10 — Weekly Financial Pulse</w:t>
      </w:r>
    </w:p>
    <w:p>
      <w:r>
        <w:rPr>
          <w:b/>
        </w:rPr>
        <w:t xml:space="preserve">Purpose: </w:t>
      </w:r>
      <w:r>
        <w:t>A management view of money — not a replacement for bookkeeping or tax advice.</w:t>
      </w:r>
    </w:p>
    <w:p>
      <w:r>
        <w:rPr>
          <w:b/>
        </w:rPr>
        <w:t>Cash on hand</w:t>
      </w:r>
    </w:p>
    <w:p>
      <w:r>
        <w:t>________________________________________________________________________________</w:t>
      </w:r>
    </w:p>
    <w:p>
      <w:r>
        <w:rPr>
          <w:b/>
        </w:rPr>
        <w:t>Tax reserve / restricted cash</w:t>
      </w:r>
    </w:p>
    <w:p>
      <w:r>
        <w:t>________________________________________________________________________________</w:t>
      </w:r>
    </w:p>
    <w:p>
      <w:r>
        <w:rPr>
          <w:b/>
        </w:rPr>
        <w:t>Accounts receivable</w:t>
      </w:r>
    </w:p>
    <w:p>
      <w:r>
        <w:t>________________________________________________________________________________</w:t>
      </w:r>
    </w:p>
    <w:p>
      <w:r>
        <w:rPr>
          <w:b/>
        </w:rPr>
        <w:t>Overdue receivables</w:t>
      </w:r>
    </w:p>
    <w:p>
      <w:r>
        <w:t>________________________________________________________________________________</w:t>
      </w:r>
    </w:p>
    <w:p>
      <w:r>
        <w:rPr>
          <w:b/>
        </w:rPr>
        <w:t>Expected cash in next 30 days</w:t>
      </w:r>
    </w:p>
    <w:p>
      <w:r>
        <w:t>________________________________________________________________________________</w:t>
      </w:r>
    </w:p>
    <w:p>
      <w:r>
        <w:rPr>
          <w:b/>
        </w:rPr>
        <w:t>Committed expenses next 30 days</w:t>
      </w:r>
    </w:p>
    <w:p>
      <w:r>
        <w:t>________________________________________________________________________________</w:t>
      </w:r>
    </w:p>
    <w:p>
      <w:r>
        <w:rPr>
          <w:b/>
        </w:rPr>
        <w:t>Average monthly operating outflow</w:t>
      </w:r>
    </w:p>
    <w:p>
      <w:r>
        <w:t>________________________________________________________________________________</w:t>
      </w:r>
    </w:p>
    <w:p>
      <w:r>
        <w:rPr>
          <w:b/>
        </w:rPr>
        <w:t>Revenue month-to-date</w:t>
      </w:r>
    </w:p>
    <w:p>
      <w:r>
        <w:t>________________________________________________________________________________</w:t>
      </w:r>
    </w:p>
    <w:p>
      <w:r>
        <w:rPr>
          <w:b/>
        </w:rPr>
        <w:t>Revenue target this month</w:t>
      </w:r>
    </w:p>
    <w:p>
      <w:r>
        <w:t>________________________________________________________________________________</w:t>
      </w:r>
    </w:p>
    <w:p>
      <w:r>
        <w:rPr>
          <w:b/>
        </w:rPr>
        <w:t>Available operating cash</w:t>
      </w:r>
    </w:p>
    <w:p>
      <w:r>
        <w:t>________________________________________________________________________________</w:t>
      </w:r>
    </w:p>
    <w:p>
      <w:r>
        <w:rPr>
          <w:b/>
        </w:rPr>
        <w:t>Cash runway (months)</w:t>
      </w:r>
    </w:p>
    <w:p>
      <w:r>
        <w:t>________________________________________________________________________________</w:t>
      </w:r>
    </w:p>
    <w:p>
      <w:r>
        <w:rPr>
          <w:b/>
        </w:rPr>
        <w:t>Revenue vs target</w:t>
      </w:r>
    </w:p>
    <w:p>
      <w:r>
        <w:t>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TEMPLATE 11 — Customer Lifecycle Map</w:t>
      </w:r>
    </w:p>
    <w:p>
      <w:r>
        <w:rPr>
          <w:b/>
        </w:rPr>
        <w:t xml:space="preserve">Purpose: </w:t>
      </w:r>
      <w:r>
        <w:t>Make the handoffs visible from first contact through repeat and referral.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61"/>
        <w:gridCol w:w="1461"/>
        <w:gridCol w:w="1461"/>
        <w:gridCol w:w="1461"/>
        <w:gridCol w:w="1461"/>
        <w:gridCol w:w="1461"/>
        <w:gridCol w:w="1461"/>
      </w:tblGrid>
      <w:tr>
        <w:tc>
          <w:tcPr>
            <w:tcW w:type="dxa" w:w="1461"/>
          </w:tcPr>
          <w:p>
            <w:r>
              <w:t>Stage</w:t>
            </w:r>
          </w:p>
        </w:tc>
        <w:tc>
          <w:tcPr>
            <w:tcW w:type="dxa" w:w="1461"/>
          </w:tcPr>
          <w:p>
            <w:r>
              <w:t>Customer goal</w:t>
            </w:r>
          </w:p>
        </w:tc>
        <w:tc>
          <w:tcPr>
            <w:tcW w:type="dxa" w:w="1461"/>
          </w:tcPr>
          <w:p>
            <w:r>
              <w:t>Your goal</w:t>
            </w:r>
          </w:p>
        </w:tc>
        <w:tc>
          <w:tcPr>
            <w:tcW w:type="dxa" w:w="1461"/>
          </w:tcPr>
          <w:p>
            <w:r>
              <w:t>Trigger in</w:t>
            </w:r>
          </w:p>
        </w:tc>
        <w:tc>
          <w:tcPr>
            <w:tcW w:type="dxa" w:w="1461"/>
          </w:tcPr>
          <w:p>
            <w:r>
              <w:t>Key action</w:t>
            </w:r>
          </w:p>
        </w:tc>
        <w:tc>
          <w:tcPr>
            <w:tcW w:type="dxa" w:w="1461"/>
          </w:tcPr>
          <w:p>
            <w:r>
              <w:t>Completion condition</w:t>
            </w:r>
          </w:p>
        </w:tc>
        <w:tc>
          <w:tcPr>
            <w:tcW w:type="dxa" w:w="1461"/>
          </w:tcPr>
          <w:p>
            <w:r>
              <w:t>Risk / friction</w:t>
            </w:r>
          </w:p>
        </w:tc>
      </w:tr>
      <w:tr>
        <w:tc>
          <w:tcPr>
            <w:tcW w:type="dxa" w:w="1461"/>
          </w:tcPr>
          <w:p>
            <w:r>
              <w:t>Lead</w:t>
            </w:r>
          </w:p>
        </w:tc>
        <w:tc>
          <w:tcPr>
            <w:tcW w:type="dxa" w:w="1461"/>
          </w:tcPr>
          <w:p/>
        </w:tc>
        <w:tc>
          <w:tcPr>
            <w:tcW w:type="dxa" w:w="1461"/>
          </w:tcPr>
          <w:p/>
        </w:tc>
        <w:tc>
          <w:tcPr>
            <w:tcW w:type="dxa" w:w="1461"/>
          </w:tcPr>
          <w:p/>
        </w:tc>
        <w:tc>
          <w:tcPr>
            <w:tcW w:type="dxa" w:w="1461"/>
          </w:tcPr>
          <w:p/>
        </w:tc>
        <w:tc>
          <w:tcPr>
            <w:tcW w:type="dxa" w:w="1461"/>
          </w:tcPr>
          <w:p/>
        </w:tc>
        <w:tc>
          <w:tcPr>
            <w:tcW w:type="dxa" w:w="1461"/>
          </w:tcPr>
          <w:p/>
        </w:tc>
      </w:tr>
      <w:tr>
        <w:tc>
          <w:tcPr>
            <w:tcW w:type="dxa" w:w="1461"/>
          </w:tcPr>
          <w:p>
            <w:r>
              <w:t>Prospect</w:t>
            </w:r>
          </w:p>
        </w:tc>
        <w:tc>
          <w:tcPr>
            <w:tcW w:type="dxa" w:w="1461"/>
          </w:tcPr>
          <w:p/>
        </w:tc>
        <w:tc>
          <w:tcPr>
            <w:tcW w:type="dxa" w:w="1461"/>
          </w:tcPr>
          <w:p/>
        </w:tc>
        <w:tc>
          <w:tcPr>
            <w:tcW w:type="dxa" w:w="1461"/>
          </w:tcPr>
          <w:p/>
        </w:tc>
        <w:tc>
          <w:tcPr>
            <w:tcW w:type="dxa" w:w="1461"/>
          </w:tcPr>
          <w:p/>
        </w:tc>
        <w:tc>
          <w:tcPr>
            <w:tcW w:type="dxa" w:w="1461"/>
          </w:tcPr>
          <w:p/>
        </w:tc>
        <w:tc>
          <w:tcPr>
            <w:tcW w:type="dxa" w:w="1461"/>
          </w:tcPr>
          <w:p/>
        </w:tc>
      </w:tr>
      <w:tr>
        <w:tc>
          <w:tcPr>
            <w:tcW w:type="dxa" w:w="1461"/>
          </w:tcPr>
          <w:p>
            <w:r>
              <w:t>Buyer</w:t>
            </w:r>
          </w:p>
        </w:tc>
        <w:tc>
          <w:tcPr>
            <w:tcW w:type="dxa" w:w="1461"/>
          </w:tcPr>
          <w:p/>
        </w:tc>
        <w:tc>
          <w:tcPr>
            <w:tcW w:type="dxa" w:w="1461"/>
          </w:tcPr>
          <w:p/>
        </w:tc>
        <w:tc>
          <w:tcPr>
            <w:tcW w:type="dxa" w:w="1461"/>
          </w:tcPr>
          <w:p/>
        </w:tc>
        <w:tc>
          <w:tcPr>
            <w:tcW w:type="dxa" w:w="1461"/>
          </w:tcPr>
          <w:p/>
        </w:tc>
        <w:tc>
          <w:tcPr>
            <w:tcW w:type="dxa" w:w="1461"/>
          </w:tcPr>
          <w:p/>
        </w:tc>
        <w:tc>
          <w:tcPr>
            <w:tcW w:type="dxa" w:w="1461"/>
          </w:tcPr>
          <w:p/>
        </w:tc>
      </w:tr>
      <w:tr>
        <w:tc>
          <w:tcPr>
            <w:tcW w:type="dxa" w:w="1461"/>
          </w:tcPr>
          <w:p>
            <w:r>
              <w:t>Onboarding</w:t>
            </w:r>
          </w:p>
        </w:tc>
        <w:tc>
          <w:tcPr>
            <w:tcW w:type="dxa" w:w="1461"/>
          </w:tcPr>
          <w:p/>
        </w:tc>
        <w:tc>
          <w:tcPr>
            <w:tcW w:type="dxa" w:w="1461"/>
          </w:tcPr>
          <w:p/>
        </w:tc>
        <w:tc>
          <w:tcPr>
            <w:tcW w:type="dxa" w:w="1461"/>
          </w:tcPr>
          <w:p/>
        </w:tc>
        <w:tc>
          <w:tcPr>
            <w:tcW w:type="dxa" w:w="1461"/>
          </w:tcPr>
          <w:p/>
        </w:tc>
        <w:tc>
          <w:tcPr>
            <w:tcW w:type="dxa" w:w="1461"/>
          </w:tcPr>
          <w:p/>
        </w:tc>
        <w:tc>
          <w:tcPr>
            <w:tcW w:type="dxa" w:w="1461"/>
          </w:tcPr>
          <w:p/>
        </w:tc>
      </w:tr>
      <w:tr>
        <w:tc>
          <w:tcPr>
            <w:tcW w:type="dxa" w:w="1461"/>
          </w:tcPr>
          <w:p>
            <w:r>
              <w:t>Delivery</w:t>
            </w:r>
          </w:p>
        </w:tc>
        <w:tc>
          <w:tcPr>
            <w:tcW w:type="dxa" w:w="1461"/>
          </w:tcPr>
          <w:p/>
        </w:tc>
        <w:tc>
          <w:tcPr>
            <w:tcW w:type="dxa" w:w="1461"/>
          </w:tcPr>
          <w:p/>
        </w:tc>
        <w:tc>
          <w:tcPr>
            <w:tcW w:type="dxa" w:w="1461"/>
          </w:tcPr>
          <w:p/>
        </w:tc>
        <w:tc>
          <w:tcPr>
            <w:tcW w:type="dxa" w:w="1461"/>
          </w:tcPr>
          <w:p/>
        </w:tc>
        <w:tc>
          <w:tcPr>
            <w:tcW w:type="dxa" w:w="1461"/>
          </w:tcPr>
          <w:p/>
        </w:tc>
        <w:tc>
          <w:tcPr>
            <w:tcW w:type="dxa" w:w="1461"/>
          </w:tcPr>
          <w:p/>
        </w:tc>
      </w:tr>
      <w:tr>
        <w:tc>
          <w:tcPr>
            <w:tcW w:type="dxa" w:w="1461"/>
          </w:tcPr>
          <w:p>
            <w:r>
              <w:t>Follow-up</w:t>
            </w:r>
          </w:p>
        </w:tc>
        <w:tc>
          <w:tcPr>
            <w:tcW w:type="dxa" w:w="1461"/>
          </w:tcPr>
          <w:p/>
        </w:tc>
        <w:tc>
          <w:tcPr>
            <w:tcW w:type="dxa" w:w="1461"/>
          </w:tcPr>
          <w:p/>
        </w:tc>
        <w:tc>
          <w:tcPr>
            <w:tcW w:type="dxa" w:w="1461"/>
          </w:tcPr>
          <w:p/>
        </w:tc>
        <w:tc>
          <w:tcPr>
            <w:tcW w:type="dxa" w:w="1461"/>
          </w:tcPr>
          <w:p/>
        </w:tc>
        <w:tc>
          <w:tcPr>
            <w:tcW w:type="dxa" w:w="1461"/>
          </w:tcPr>
          <w:p/>
        </w:tc>
        <w:tc>
          <w:tcPr>
            <w:tcW w:type="dxa" w:w="1461"/>
          </w:tcPr>
          <w:p/>
        </w:tc>
      </w:tr>
      <w:tr>
        <w:tc>
          <w:tcPr>
            <w:tcW w:type="dxa" w:w="1461"/>
          </w:tcPr>
          <w:p>
            <w:r>
              <w:t>Repeat / referral</w:t>
            </w:r>
          </w:p>
        </w:tc>
        <w:tc>
          <w:tcPr>
            <w:tcW w:type="dxa" w:w="1461"/>
          </w:tcPr>
          <w:p/>
        </w:tc>
        <w:tc>
          <w:tcPr>
            <w:tcW w:type="dxa" w:w="1461"/>
          </w:tcPr>
          <w:p/>
        </w:tc>
        <w:tc>
          <w:tcPr>
            <w:tcW w:type="dxa" w:w="1461"/>
          </w:tcPr>
          <w:p/>
        </w:tc>
        <w:tc>
          <w:tcPr>
            <w:tcW w:type="dxa" w:w="1461"/>
          </w:tcPr>
          <w:p/>
        </w:tc>
        <w:tc>
          <w:tcPr>
            <w:tcW w:type="dxa" w:w="1461"/>
          </w:tcPr>
          <w:p/>
        </w:tc>
        <w:tc>
          <w:tcPr>
            <w:tcW w:type="dxa" w:w="1461"/>
          </w:tcPr>
          <w:p/>
        </w:tc>
      </w:tr>
    </w:tbl>
    <w:p>
      <w:r>
        <w:br w:type="page"/>
      </w:r>
    </w:p>
    <w:p>
      <w:pPr>
        <w:pStyle w:val="Heading1"/>
      </w:pPr>
      <w:r>
        <w:t>TEMPLATE 12 — Customer + Prospect Next-Action Tracker</w:t>
      </w:r>
    </w:p>
    <w:p>
      <w:r>
        <w:rPr>
          <w:b/>
        </w:rPr>
        <w:t xml:space="preserve">Purpose: </w:t>
      </w:r>
      <w:r>
        <w:t>Every live relationship needs a next action and a date.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78"/>
        <w:gridCol w:w="1278"/>
        <w:gridCol w:w="1278"/>
        <w:gridCol w:w="1278"/>
        <w:gridCol w:w="1278"/>
        <w:gridCol w:w="1278"/>
        <w:gridCol w:w="1278"/>
        <w:gridCol w:w="1278"/>
      </w:tblGrid>
      <w:tr>
        <w:tc>
          <w:tcPr>
            <w:tcW w:type="dxa" w:w="1278"/>
          </w:tcPr>
          <w:p>
            <w:r>
              <w:t>Name</w:t>
            </w:r>
          </w:p>
        </w:tc>
        <w:tc>
          <w:tcPr>
            <w:tcW w:type="dxa" w:w="1278"/>
          </w:tcPr>
          <w:p>
            <w:r>
              <w:t>Company</w:t>
            </w:r>
          </w:p>
        </w:tc>
        <w:tc>
          <w:tcPr>
            <w:tcW w:type="dxa" w:w="1278"/>
          </w:tcPr>
          <w:p>
            <w:r>
              <w:t>Stage</w:t>
            </w:r>
          </w:p>
        </w:tc>
        <w:tc>
          <w:tcPr>
            <w:tcW w:type="dxa" w:w="1278"/>
          </w:tcPr>
          <w:p>
            <w:r>
              <w:t>Last contact</w:t>
            </w:r>
          </w:p>
        </w:tc>
        <w:tc>
          <w:tcPr>
            <w:tcW w:type="dxa" w:w="1278"/>
          </w:tcPr>
          <w:p>
            <w:r>
              <w:t>Next action</w:t>
            </w:r>
          </w:p>
        </w:tc>
        <w:tc>
          <w:tcPr>
            <w:tcW w:type="dxa" w:w="1278"/>
          </w:tcPr>
          <w:p>
            <w:r>
              <w:t>Due date</w:t>
            </w:r>
          </w:p>
        </w:tc>
        <w:tc>
          <w:tcPr>
            <w:tcW w:type="dxa" w:w="1278"/>
          </w:tcPr>
          <w:p>
            <w:r>
              <w:t>Status</w:t>
            </w:r>
          </w:p>
        </w:tc>
        <w:tc>
          <w:tcPr>
            <w:tcW w:type="dxa" w:w="1278"/>
          </w:tcPr>
          <w:p>
            <w:r>
              <w:t>Notes</w:t>
            </w:r>
          </w:p>
        </w:tc>
      </w:tr>
      <w:tr>
        <w:tc>
          <w:tcPr>
            <w:tcW w:type="dxa" w:w="1278"/>
          </w:tcPr>
          <w:p>
            <w:r/>
          </w:p>
        </w:tc>
        <w:tc>
          <w:tcPr>
            <w:tcW w:type="dxa" w:w="1278"/>
          </w:tcPr>
          <w:p>
            <w:r/>
          </w:p>
        </w:tc>
        <w:tc>
          <w:tcPr>
            <w:tcW w:type="dxa" w:w="1278"/>
          </w:tcPr>
          <w:p>
            <w:r/>
          </w:p>
        </w:tc>
        <w:tc>
          <w:tcPr>
            <w:tcW w:type="dxa" w:w="1278"/>
          </w:tcPr>
          <w:p>
            <w:r/>
          </w:p>
        </w:tc>
        <w:tc>
          <w:tcPr>
            <w:tcW w:type="dxa" w:w="1278"/>
          </w:tcPr>
          <w:p>
            <w:r/>
          </w:p>
        </w:tc>
        <w:tc>
          <w:tcPr>
            <w:tcW w:type="dxa" w:w="1278"/>
          </w:tcPr>
          <w:p>
            <w:r/>
          </w:p>
        </w:tc>
        <w:tc>
          <w:tcPr>
            <w:tcW w:type="dxa" w:w="1278"/>
          </w:tcPr>
          <w:p>
            <w:r/>
          </w:p>
        </w:tc>
        <w:tc>
          <w:tcPr>
            <w:tcW w:type="dxa" w:w="1278"/>
          </w:tcPr>
          <w:p>
            <w:r/>
          </w:p>
        </w:tc>
      </w:tr>
      <w:tr>
        <w:tc>
          <w:tcPr>
            <w:tcW w:type="dxa" w:w="1278"/>
          </w:tcPr>
          <w:p>
            <w:r/>
          </w:p>
        </w:tc>
        <w:tc>
          <w:tcPr>
            <w:tcW w:type="dxa" w:w="1278"/>
          </w:tcPr>
          <w:p>
            <w:r/>
          </w:p>
        </w:tc>
        <w:tc>
          <w:tcPr>
            <w:tcW w:type="dxa" w:w="1278"/>
          </w:tcPr>
          <w:p>
            <w:r/>
          </w:p>
        </w:tc>
        <w:tc>
          <w:tcPr>
            <w:tcW w:type="dxa" w:w="1278"/>
          </w:tcPr>
          <w:p>
            <w:r/>
          </w:p>
        </w:tc>
        <w:tc>
          <w:tcPr>
            <w:tcW w:type="dxa" w:w="1278"/>
          </w:tcPr>
          <w:p>
            <w:r/>
          </w:p>
        </w:tc>
        <w:tc>
          <w:tcPr>
            <w:tcW w:type="dxa" w:w="1278"/>
          </w:tcPr>
          <w:p>
            <w:r/>
          </w:p>
        </w:tc>
        <w:tc>
          <w:tcPr>
            <w:tcW w:type="dxa" w:w="1278"/>
          </w:tcPr>
          <w:p>
            <w:r/>
          </w:p>
        </w:tc>
        <w:tc>
          <w:tcPr>
            <w:tcW w:type="dxa" w:w="1278"/>
          </w:tcPr>
          <w:p>
            <w:r/>
          </w:p>
        </w:tc>
      </w:tr>
      <w:tr>
        <w:tc>
          <w:tcPr>
            <w:tcW w:type="dxa" w:w="1278"/>
          </w:tcPr>
          <w:p>
            <w:r/>
          </w:p>
        </w:tc>
        <w:tc>
          <w:tcPr>
            <w:tcW w:type="dxa" w:w="1278"/>
          </w:tcPr>
          <w:p>
            <w:r/>
          </w:p>
        </w:tc>
        <w:tc>
          <w:tcPr>
            <w:tcW w:type="dxa" w:w="1278"/>
          </w:tcPr>
          <w:p>
            <w:r/>
          </w:p>
        </w:tc>
        <w:tc>
          <w:tcPr>
            <w:tcW w:type="dxa" w:w="1278"/>
          </w:tcPr>
          <w:p>
            <w:r/>
          </w:p>
        </w:tc>
        <w:tc>
          <w:tcPr>
            <w:tcW w:type="dxa" w:w="1278"/>
          </w:tcPr>
          <w:p>
            <w:r/>
          </w:p>
        </w:tc>
        <w:tc>
          <w:tcPr>
            <w:tcW w:type="dxa" w:w="1278"/>
          </w:tcPr>
          <w:p>
            <w:r/>
          </w:p>
        </w:tc>
        <w:tc>
          <w:tcPr>
            <w:tcW w:type="dxa" w:w="1278"/>
          </w:tcPr>
          <w:p>
            <w:r/>
          </w:p>
        </w:tc>
        <w:tc>
          <w:tcPr>
            <w:tcW w:type="dxa" w:w="1278"/>
          </w:tcPr>
          <w:p>
            <w:r/>
          </w:p>
        </w:tc>
      </w:tr>
      <w:tr>
        <w:tc>
          <w:tcPr>
            <w:tcW w:type="dxa" w:w="1278"/>
          </w:tcPr>
          <w:p>
            <w:r/>
          </w:p>
        </w:tc>
        <w:tc>
          <w:tcPr>
            <w:tcW w:type="dxa" w:w="1278"/>
          </w:tcPr>
          <w:p>
            <w:r/>
          </w:p>
        </w:tc>
        <w:tc>
          <w:tcPr>
            <w:tcW w:type="dxa" w:w="1278"/>
          </w:tcPr>
          <w:p>
            <w:r/>
          </w:p>
        </w:tc>
        <w:tc>
          <w:tcPr>
            <w:tcW w:type="dxa" w:w="1278"/>
          </w:tcPr>
          <w:p>
            <w:r/>
          </w:p>
        </w:tc>
        <w:tc>
          <w:tcPr>
            <w:tcW w:type="dxa" w:w="1278"/>
          </w:tcPr>
          <w:p>
            <w:r/>
          </w:p>
        </w:tc>
        <w:tc>
          <w:tcPr>
            <w:tcW w:type="dxa" w:w="1278"/>
          </w:tcPr>
          <w:p>
            <w:r/>
          </w:p>
        </w:tc>
        <w:tc>
          <w:tcPr>
            <w:tcW w:type="dxa" w:w="1278"/>
          </w:tcPr>
          <w:p>
            <w:r/>
          </w:p>
        </w:tc>
        <w:tc>
          <w:tcPr>
            <w:tcW w:type="dxa" w:w="1278"/>
          </w:tcPr>
          <w:p>
            <w:r/>
          </w:p>
        </w:tc>
      </w:tr>
      <w:tr>
        <w:tc>
          <w:tcPr>
            <w:tcW w:type="dxa" w:w="1278"/>
          </w:tcPr>
          <w:p>
            <w:r/>
          </w:p>
        </w:tc>
        <w:tc>
          <w:tcPr>
            <w:tcW w:type="dxa" w:w="1278"/>
          </w:tcPr>
          <w:p>
            <w:r/>
          </w:p>
        </w:tc>
        <w:tc>
          <w:tcPr>
            <w:tcW w:type="dxa" w:w="1278"/>
          </w:tcPr>
          <w:p>
            <w:r/>
          </w:p>
        </w:tc>
        <w:tc>
          <w:tcPr>
            <w:tcW w:type="dxa" w:w="1278"/>
          </w:tcPr>
          <w:p>
            <w:r/>
          </w:p>
        </w:tc>
        <w:tc>
          <w:tcPr>
            <w:tcW w:type="dxa" w:w="1278"/>
          </w:tcPr>
          <w:p>
            <w:r/>
          </w:p>
        </w:tc>
        <w:tc>
          <w:tcPr>
            <w:tcW w:type="dxa" w:w="1278"/>
          </w:tcPr>
          <w:p>
            <w:r/>
          </w:p>
        </w:tc>
        <w:tc>
          <w:tcPr>
            <w:tcW w:type="dxa" w:w="1278"/>
          </w:tcPr>
          <w:p>
            <w:r/>
          </w:p>
        </w:tc>
        <w:tc>
          <w:tcPr>
            <w:tcW w:type="dxa" w:w="1278"/>
          </w:tcPr>
          <w:p>
            <w:r/>
          </w:p>
        </w:tc>
      </w:tr>
      <w:tr>
        <w:tc>
          <w:tcPr>
            <w:tcW w:type="dxa" w:w="1278"/>
          </w:tcPr>
          <w:p>
            <w:r/>
          </w:p>
        </w:tc>
        <w:tc>
          <w:tcPr>
            <w:tcW w:type="dxa" w:w="1278"/>
          </w:tcPr>
          <w:p>
            <w:r/>
          </w:p>
        </w:tc>
        <w:tc>
          <w:tcPr>
            <w:tcW w:type="dxa" w:w="1278"/>
          </w:tcPr>
          <w:p>
            <w:r/>
          </w:p>
        </w:tc>
        <w:tc>
          <w:tcPr>
            <w:tcW w:type="dxa" w:w="1278"/>
          </w:tcPr>
          <w:p>
            <w:r/>
          </w:p>
        </w:tc>
        <w:tc>
          <w:tcPr>
            <w:tcW w:type="dxa" w:w="1278"/>
          </w:tcPr>
          <w:p>
            <w:r/>
          </w:p>
        </w:tc>
        <w:tc>
          <w:tcPr>
            <w:tcW w:type="dxa" w:w="1278"/>
          </w:tcPr>
          <w:p>
            <w:r/>
          </w:p>
        </w:tc>
        <w:tc>
          <w:tcPr>
            <w:tcW w:type="dxa" w:w="1278"/>
          </w:tcPr>
          <w:p>
            <w:r/>
          </w:p>
        </w:tc>
        <w:tc>
          <w:tcPr>
            <w:tcW w:type="dxa" w:w="1278"/>
          </w:tcPr>
          <w:p>
            <w:r/>
          </w:p>
        </w:tc>
      </w:tr>
      <w:tr>
        <w:tc>
          <w:tcPr>
            <w:tcW w:type="dxa" w:w="1278"/>
          </w:tcPr>
          <w:p>
            <w:r/>
          </w:p>
        </w:tc>
        <w:tc>
          <w:tcPr>
            <w:tcW w:type="dxa" w:w="1278"/>
          </w:tcPr>
          <w:p>
            <w:r/>
          </w:p>
        </w:tc>
        <w:tc>
          <w:tcPr>
            <w:tcW w:type="dxa" w:w="1278"/>
          </w:tcPr>
          <w:p>
            <w:r/>
          </w:p>
        </w:tc>
        <w:tc>
          <w:tcPr>
            <w:tcW w:type="dxa" w:w="1278"/>
          </w:tcPr>
          <w:p>
            <w:r/>
          </w:p>
        </w:tc>
        <w:tc>
          <w:tcPr>
            <w:tcW w:type="dxa" w:w="1278"/>
          </w:tcPr>
          <w:p>
            <w:r/>
          </w:p>
        </w:tc>
        <w:tc>
          <w:tcPr>
            <w:tcW w:type="dxa" w:w="1278"/>
          </w:tcPr>
          <w:p>
            <w:r/>
          </w:p>
        </w:tc>
        <w:tc>
          <w:tcPr>
            <w:tcW w:type="dxa" w:w="1278"/>
          </w:tcPr>
          <w:p>
            <w:r/>
          </w:p>
        </w:tc>
        <w:tc>
          <w:tcPr>
            <w:tcW w:type="dxa" w:w="1278"/>
          </w:tcPr>
          <w:p>
            <w:r/>
          </w:p>
        </w:tc>
      </w:tr>
      <w:tr>
        <w:tc>
          <w:tcPr>
            <w:tcW w:type="dxa" w:w="1278"/>
          </w:tcPr>
          <w:p>
            <w:r/>
          </w:p>
        </w:tc>
        <w:tc>
          <w:tcPr>
            <w:tcW w:type="dxa" w:w="1278"/>
          </w:tcPr>
          <w:p>
            <w:r/>
          </w:p>
        </w:tc>
        <w:tc>
          <w:tcPr>
            <w:tcW w:type="dxa" w:w="1278"/>
          </w:tcPr>
          <w:p>
            <w:r/>
          </w:p>
        </w:tc>
        <w:tc>
          <w:tcPr>
            <w:tcW w:type="dxa" w:w="1278"/>
          </w:tcPr>
          <w:p>
            <w:r/>
          </w:p>
        </w:tc>
        <w:tc>
          <w:tcPr>
            <w:tcW w:type="dxa" w:w="1278"/>
          </w:tcPr>
          <w:p>
            <w:r/>
          </w:p>
        </w:tc>
        <w:tc>
          <w:tcPr>
            <w:tcW w:type="dxa" w:w="1278"/>
          </w:tcPr>
          <w:p>
            <w:r/>
          </w:p>
        </w:tc>
        <w:tc>
          <w:tcPr>
            <w:tcW w:type="dxa" w:w="1278"/>
          </w:tcPr>
          <w:p>
            <w:r/>
          </w:p>
        </w:tc>
        <w:tc>
          <w:tcPr>
            <w:tcW w:type="dxa" w:w="1278"/>
          </w:tcPr>
          <w:p>
            <w:r/>
          </w:p>
        </w:tc>
      </w:tr>
      <w:tr>
        <w:tc>
          <w:tcPr>
            <w:tcW w:type="dxa" w:w="1278"/>
          </w:tcPr>
          <w:p>
            <w:r/>
          </w:p>
        </w:tc>
        <w:tc>
          <w:tcPr>
            <w:tcW w:type="dxa" w:w="1278"/>
          </w:tcPr>
          <w:p>
            <w:r/>
          </w:p>
        </w:tc>
        <w:tc>
          <w:tcPr>
            <w:tcW w:type="dxa" w:w="1278"/>
          </w:tcPr>
          <w:p>
            <w:r/>
          </w:p>
        </w:tc>
        <w:tc>
          <w:tcPr>
            <w:tcW w:type="dxa" w:w="1278"/>
          </w:tcPr>
          <w:p>
            <w:r/>
          </w:p>
        </w:tc>
        <w:tc>
          <w:tcPr>
            <w:tcW w:type="dxa" w:w="1278"/>
          </w:tcPr>
          <w:p>
            <w:r/>
          </w:p>
        </w:tc>
        <w:tc>
          <w:tcPr>
            <w:tcW w:type="dxa" w:w="1278"/>
          </w:tcPr>
          <w:p>
            <w:r/>
          </w:p>
        </w:tc>
        <w:tc>
          <w:tcPr>
            <w:tcW w:type="dxa" w:w="1278"/>
          </w:tcPr>
          <w:p>
            <w:r/>
          </w:p>
        </w:tc>
        <w:tc>
          <w:tcPr>
            <w:tcW w:type="dxa" w:w="1278"/>
          </w:tcPr>
          <w:p>
            <w:r/>
          </w:p>
        </w:tc>
      </w:tr>
      <w:tr>
        <w:tc>
          <w:tcPr>
            <w:tcW w:type="dxa" w:w="1278"/>
          </w:tcPr>
          <w:p>
            <w:r/>
          </w:p>
        </w:tc>
        <w:tc>
          <w:tcPr>
            <w:tcW w:type="dxa" w:w="1278"/>
          </w:tcPr>
          <w:p>
            <w:r/>
          </w:p>
        </w:tc>
        <w:tc>
          <w:tcPr>
            <w:tcW w:type="dxa" w:w="1278"/>
          </w:tcPr>
          <w:p>
            <w:r/>
          </w:p>
        </w:tc>
        <w:tc>
          <w:tcPr>
            <w:tcW w:type="dxa" w:w="1278"/>
          </w:tcPr>
          <w:p>
            <w:r/>
          </w:p>
        </w:tc>
        <w:tc>
          <w:tcPr>
            <w:tcW w:type="dxa" w:w="1278"/>
          </w:tcPr>
          <w:p>
            <w:r/>
          </w:p>
        </w:tc>
        <w:tc>
          <w:tcPr>
            <w:tcW w:type="dxa" w:w="1278"/>
          </w:tcPr>
          <w:p>
            <w:r/>
          </w:p>
        </w:tc>
        <w:tc>
          <w:tcPr>
            <w:tcW w:type="dxa" w:w="1278"/>
          </w:tcPr>
          <w:p>
            <w:r/>
          </w:p>
        </w:tc>
        <w:tc>
          <w:tcPr>
            <w:tcW w:type="dxa" w:w="1278"/>
          </w:tcPr>
          <w:p>
            <w:r/>
          </w:p>
        </w:tc>
      </w:tr>
      <w:tr>
        <w:tc>
          <w:tcPr>
            <w:tcW w:type="dxa" w:w="1278"/>
          </w:tcPr>
          <w:p>
            <w:r/>
          </w:p>
        </w:tc>
        <w:tc>
          <w:tcPr>
            <w:tcW w:type="dxa" w:w="1278"/>
          </w:tcPr>
          <w:p>
            <w:r/>
          </w:p>
        </w:tc>
        <w:tc>
          <w:tcPr>
            <w:tcW w:type="dxa" w:w="1278"/>
          </w:tcPr>
          <w:p>
            <w:r/>
          </w:p>
        </w:tc>
        <w:tc>
          <w:tcPr>
            <w:tcW w:type="dxa" w:w="1278"/>
          </w:tcPr>
          <w:p>
            <w:r/>
          </w:p>
        </w:tc>
        <w:tc>
          <w:tcPr>
            <w:tcW w:type="dxa" w:w="1278"/>
          </w:tcPr>
          <w:p>
            <w:r/>
          </w:p>
        </w:tc>
        <w:tc>
          <w:tcPr>
            <w:tcW w:type="dxa" w:w="1278"/>
          </w:tcPr>
          <w:p>
            <w:r/>
          </w:p>
        </w:tc>
        <w:tc>
          <w:tcPr>
            <w:tcW w:type="dxa" w:w="1278"/>
          </w:tcPr>
          <w:p>
            <w:r/>
          </w:p>
        </w:tc>
        <w:tc>
          <w:tcPr>
            <w:tcW w:type="dxa" w:w="1278"/>
          </w:tcPr>
          <w:p>
            <w:r/>
          </w:p>
        </w:tc>
      </w:tr>
      <w:tr>
        <w:tc>
          <w:tcPr>
            <w:tcW w:type="dxa" w:w="1278"/>
          </w:tcPr>
          <w:p>
            <w:r/>
          </w:p>
        </w:tc>
        <w:tc>
          <w:tcPr>
            <w:tcW w:type="dxa" w:w="1278"/>
          </w:tcPr>
          <w:p>
            <w:r/>
          </w:p>
        </w:tc>
        <w:tc>
          <w:tcPr>
            <w:tcW w:type="dxa" w:w="1278"/>
          </w:tcPr>
          <w:p>
            <w:r/>
          </w:p>
        </w:tc>
        <w:tc>
          <w:tcPr>
            <w:tcW w:type="dxa" w:w="1278"/>
          </w:tcPr>
          <w:p>
            <w:r/>
          </w:p>
        </w:tc>
        <w:tc>
          <w:tcPr>
            <w:tcW w:type="dxa" w:w="1278"/>
          </w:tcPr>
          <w:p>
            <w:r/>
          </w:p>
        </w:tc>
        <w:tc>
          <w:tcPr>
            <w:tcW w:type="dxa" w:w="1278"/>
          </w:tcPr>
          <w:p>
            <w:r/>
          </w:p>
        </w:tc>
        <w:tc>
          <w:tcPr>
            <w:tcW w:type="dxa" w:w="1278"/>
          </w:tcPr>
          <w:p>
            <w:r/>
          </w:p>
        </w:tc>
        <w:tc>
          <w:tcPr>
            <w:tcW w:type="dxa" w:w="1278"/>
          </w:tcPr>
          <w:p>
            <w:r/>
          </w:p>
        </w:tc>
      </w:tr>
      <w:tr>
        <w:tc>
          <w:tcPr>
            <w:tcW w:type="dxa" w:w="1278"/>
          </w:tcPr>
          <w:p>
            <w:r/>
          </w:p>
        </w:tc>
        <w:tc>
          <w:tcPr>
            <w:tcW w:type="dxa" w:w="1278"/>
          </w:tcPr>
          <w:p>
            <w:r/>
          </w:p>
        </w:tc>
        <w:tc>
          <w:tcPr>
            <w:tcW w:type="dxa" w:w="1278"/>
          </w:tcPr>
          <w:p>
            <w:r/>
          </w:p>
        </w:tc>
        <w:tc>
          <w:tcPr>
            <w:tcW w:type="dxa" w:w="1278"/>
          </w:tcPr>
          <w:p>
            <w:r/>
          </w:p>
        </w:tc>
        <w:tc>
          <w:tcPr>
            <w:tcW w:type="dxa" w:w="1278"/>
          </w:tcPr>
          <w:p>
            <w:r/>
          </w:p>
        </w:tc>
        <w:tc>
          <w:tcPr>
            <w:tcW w:type="dxa" w:w="1278"/>
          </w:tcPr>
          <w:p>
            <w:r/>
          </w:p>
        </w:tc>
        <w:tc>
          <w:tcPr>
            <w:tcW w:type="dxa" w:w="1278"/>
          </w:tcPr>
          <w:p>
            <w:r/>
          </w:p>
        </w:tc>
        <w:tc>
          <w:tcPr>
            <w:tcW w:type="dxa" w:w="1278"/>
          </w:tcPr>
          <w:p>
            <w:r/>
          </w:p>
        </w:tc>
      </w:tr>
      <w:tr>
        <w:tc>
          <w:tcPr>
            <w:tcW w:type="dxa" w:w="1278"/>
          </w:tcPr>
          <w:p>
            <w:r/>
          </w:p>
        </w:tc>
        <w:tc>
          <w:tcPr>
            <w:tcW w:type="dxa" w:w="1278"/>
          </w:tcPr>
          <w:p>
            <w:r/>
          </w:p>
        </w:tc>
        <w:tc>
          <w:tcPr>
            <w:tcW w:type="dxa" w:w="1278"/>
          </w:tcPr>
          <w:p>
            <w:r/>
          </w:p>
        </w:tc>
        <w:tc>
          <w:tcPr>
            <w:tcW w:type="dxa" w:w="1278"/>
          </w:tcPr>
          <w:p>
            <w:r/>
          </w:p>
        </w:tc>
        <w:tc>
          <w:tcPr>
            <w:tcW w:type="dxa" w:w="1278"/>
          </w:tcPr>
          <w:p>
            <w:r/>
          </w:p>
        </w:tc>
        <w:tc>
          <w:tcPr>
            <w:tcW w:type="dxa" w:w="1278"/>
          </w:tcPr>
          <w:p>
            <w:r/>
          </w:p>
        </w:tc>
        <w:tc>
          <w:tcPr>
            <w:tcW w:type="dxa" w:w="1278"/>
          </w:tcPr>
          <w:p>
            <w:r/>
          </w:p>
        </w:tc>
        <w:tc>
          <w:tcPr>
            <w:tcW w:type="dxa" w:w="1278"/>
          </w:tcPr>
          <w:p>
            <w:r/>
          </w:p>
        </w:tc>
      </w:tr>
      <w:tr>
        <w:tc>
          <w:tcPr>
            <w:tcW w:type="dxa" w:w="1278"/>
          </w:tcPr>
          <w:p>
            <w:r/>
          </w:p>
        </w:tc>
        <w:tc>
          <w:tcPr>
            <w:tcW w:type="dxa" w:w="1278"/>
          </w:tcPr>
          <w:p>
            <w:r/>
          </w:p>
        </w:tc>
        <w:tc>
          <w:tcPr>
            <w:tcW w:type="dxa" w:w="1278"/>
          </w:tcPr>
          <w:p>
            <w:r/>
          </w:p>
        </w:tc>
        <w:tc>
          <w:tcPr>
            <w:tcW w:type="dxa" w:w="1278"/>
          </w:tcPr>
          <w:p>
            <w:r/>
          </w:p>
        </w:tc>
        <w:tc>
          <w:tcPr>
            <w:tcW w:type="dxa" w:w="1278"/>
          </w:tcPr>
          <w:p>
            <w:r/>
          </w:p>
        </w:tc>
        <w:tc>
          <w:tcPr>
            <w:tcW w:type="dxa" w:w="1278"/>
          </w:tcPr>
          <w:p>
            <w:r/>
          </w:p>
        </w:tc>
        <w:tc>
          <w:tcPr>
            <w:tcW w:type="dxa" w:w="1278"/>
          </w:tcPr>
          <w:p>
            <w:r/>
          </w:p>
        </w:tc>
        <w:tc>
          <w:tcPr>
            <w:tcW w:type="dxa" w:w="1278"/>
          </w:tcPr>
          <w:p>
            <w:r/>
          </w:p>
        </w:tc>
      </w:tr>
      <w:tr>
        <w:tc>
          <w:tcPr>
            <w:tcW w:type="dxa" w:w="1278"/>
          </w:tcPr>
          <w:p>
            <w:r/>
          </w:p>
        </w:tc>
        <w:tc>
          <w:tcPr>
            <w:tcW w:type="dxa" w:w="1278"/>
          </w:tcPr>
          <w:p>
            <w:r/>
          </w:p>
        </w:tc>
        <w:tc>
          <w:tcPr>
            <w:tcW w:type="dxa" w:w="1278"/>
          </w:tcPr>
          <w:p>
            <w:r/>
          </w:p>
        </w:tc>
        <w:tc>
          <w:tcPr>
            <w:tcW w:type="dxa" w:w="1278"/>
          </w:tcPr>
          <w:p>
            <w:r/>
          </w:p>
        </w:tc>
        <w:tc>
          <w:tcPr>
            <w:tcW w:type="dxa" w:w="1278"/>
          </w:tcPr>
          <w:p>
            <w:r/>
          </w:p>
        </w:tc>
        <w:tc>
          <w:tcPr>
            <w:tcW w:type="dxa" w:w="1278"/>
          </w:tcPr>
          <w:p>
            <w:r/>
          </w:p>
        </w:tc>
        <w:tc>
          <w:tcPr>
            <w:tcW w:type="dxa" w:w="1278"/>
          </w:tcPr>
          <w:p>
            <w:r/>
          </w:p>
        </w:tc>
        <w:tc>
          <w:tcPr>
            <w:tcW w:type="dxa" w:w="1278"/>
          </w:tcPr>
          <w:p>
            <w:r/>
          </w:p>
        </w:tc>
      </w:tr>
      <w:tr>
        <w:tc>
          <w:tcPr>
            <w:tcW w:type="dxa" w:w="1278"/>
          </w:tcPr>
          <w:p>
            <w:r/>
          </w:p>
        </w:tc>
        <w:tc>
          <w:tcPr>
            <w:tcW w:type="dxa" w:w="1278"/>
          </w:tcPr>
          <w:p>
            <w:r/>
          </w:p>
        </w:tc>
        <w:tc>
          <w:tcPr>
            <w:tcW w:type="dxa" w:w="1278"/>
          </w:tcPr>
          <w:p>
            <w:r/>
          </w:p>
        </w:tc>
        <w:tc>
          <w:tcPr>
            <w:tcW w:type="dxa" w:w="1278"/>
          </w:tcPr>
          <w:p>
            <w:r/>
          </w:p>
        </w:tc>
        <w:tc>
          <w:tcPr>
            <w:tcW w:type="dxa" w:w="1278"/>
          </w:tcPr>
          <w:p>
            <w:r/>
          </w:p>
        </w:tc>
        <w:tc>
          <w:tcPr>
            <w:tcW w:type="dxa" w:w="1278"/>
          </w:tcPr>
          <w:p>
            <w:r/>
          </w:p>
        </w:tc>
        <w:tc>
          <w:tcPr>
            <w:tcW w:type="dxa" w:w="1278"/>
          </w:tcPr>
          <w:p>
            <w:r/>
          </w:p>
        </w:tc>
        <w:tc>
          <w:tcPr>
            <w:tcW w:type="dxa" w:w="1278"/>
          </w:tcPr>
          <w:p>
            <w:r/>
          </w:p>
        </w:tc>
      </w:tr>
      <w:tr>
        <w:tc>
          <w:tcPr>
            <w:tcW w:type="dxa" w:w="1278"/>
          </w:tcPr>
          <w:p>
            <w:r/>
          </w:p>
        </w:tc>
        <w:tc>
          <w:tcPr>
            <w:tcW w:type="dxa" w:w="1278"/>
          </w:tcPr>
          <w:p>
            <w:r/>
          </w:p>
        </w:tc>
        <w:tc>
          <w:tcPr>
            <w:tcW w:type="dxa" w:w="1278"/>
          </w:tcPr>
          <w:p>
            <w:r/>
          </w:p>
        </w:tc>
        <w:tc>
          <w:tcPr>
            <w:tcW w:type="dxa" w:w="1278"/>
          </w:tcPr>
          <w:p>
            <w:r/>
          </w:p>
        </w:tc>
        <w:tc>
          <w:tcPr>
            <w:tcW w:type="dxa" w:w="1278"/>
          </w:tcPr>
          <w:p>
            <w:r/>
          </w:p>
        </w:tc>
        <w:tc>
          <w:tcPr>
            <w:tcW w:type="dxa" w:w="1278"/>
          </w:tcPr>
          <w:p>
            <w:r/>
          </w:p>
        </w:tc>
        <w:tc>
          <w:tcPr>
            <w:tcW w:type="dxa" w:w="1278"/>
          </w:tcPr>
          <w:p>
            <w:r/>
          </w:p>
        </w:tc>
        <w:tc>
          <w:tcPr>
            <w:tcW w:type="dxa" w:w="1278"/>
          </w:tcPr>
          <w:p>
            <w:r/>
          </w:p>
        </w:tc>
      </w:tr>
    </w:tbl>
    <w:p>
      <w:r>
        <w:br w:type="page"/>
      </w:r>
    </w:p>
    <w:p>
      <w:pPr>
        <w:pStyle w:val="Heading1"/>
      </w:pPr>
      <w:r>
        <w:t>TEMPLATE 13 — Capacity Allocation Planner</w:t>
      </w:r>
    </w:p>
    <w:p>
      <w:r>
        <w:rPr>
          <w:b/>
        </w:rPr>
        <w:t xml:space="preserve">Purpose: </w:t>
      </w:r>
      <w:r>
        <w:t>Protect room for the unexpected before the calendar is full.</w:t>
      </w:r>
    </w:p>
    <w:p>
      <w:r>
        <w:rPr>
          <w:b/>
        </w:rPr>
        <w:t>Available working hours/week</w:t>
      </w:r>
    </w:p>
    <w:p>
      <w:r>
        <w:t>________________________________________________________________________________</w:t>
      </w:r>
    </w:p>
    <w:p>
      <w:r>
        <w:rPr>
          <w:b/>
        </w:rPr>
        <w:t>Customer delivery</w:t>
      </w:r>
    </w:p>
    <w:p>
      <w:r>
        <w:t>________________________________________________________________________________</w:t>
      </w:r>
    </w:p>
    <w:p>
      <w:r>
        <w:rPr>
          <w:b/>
        </w:rPr>
        <w:t>Selling / business development</w:t>
      </w:r>
    </w:p>
    <w:p>
      <w:r>
        <w:t>________________________________________________________________________________</w:t>
      </w:r>
    </w:p>
    <w:p>
      <w:r>
        <w:rPr>
          <w:b/>
        </w:rPr>
        <w:t>Marketing / content</w:t>
      </w:r>
    </w:p>
    <w:p>
      <w:r>
        <w:t>________________________________________________________________________________</w:t>
      </w:r>
    </w:p>
    <w:p>
      <w:r>
        <w:rPr>
          <w:b/>
        </w:rPr>
        <w:t>Administration</w:t>
      </w:r>
    </w:p>
    <w:p>
      <w:r>
        <w:t>________________________________________________________________________________</w:t>
      </w:r>
    </w:p>
    <w:p>
      <w:r>
        <w:rPr>
          <w:b/>
        </w:rPr>
        <w:t>Improvement / systems</w:t>
      </w:r>
    </w:p>
    <w:p>
      <w:r>
        <w:t>________________________________________________________________________________</w:t>
      </w:r>
    </w:p>
    <w:p>
      <w:r>
        <w:rPr>
          <w:b/>
        </w:rPr>
        <w:t>Meetings / communication</w:t>
      </w:r>
    </w:p>
    <w:p>
      <w:r>
        <w:t>________________________________________________________________________________</w:t>
      </w:r>
    </w:p>
    <w:p>
      <w:r>
        <w:rPr>
          <w:b/>
        </w:rPr>
        <w:t>Committed hours</w:t>
      </w:r>
    </w:p>
    <w:p>
      <w:r>
        <w:t>________________________________________________________________________________</w:t>
      </w:r>
    </w:p>
    <w:p>
      <w:r>
        <w:rPr>
          <w:b/>
        </w:rPr>
        <w:t>Capacity used</w:t>
      </w:r>
    </w:p>
    <w:p>
      <w:r>
        <w:t>________________________________________________________________________________</w:t>
      </w:r>
    </w:p>
    <w:p>
      <w:r>
        <w:rPr>
          <w:b/>
        </w:rPr>
        <w:t>Uncommitted buffer (hours)</w:t>
      </w:r>
    </w:p>
    <w:p>
      <w:r>
        <w:t>________________________________________________________________________________</w:t>
      </w:r>
    </w:p>
    <w:p>
      <w:r>
        <w:rPr>
          <w:b/>
        </w:rPr>
        <w:t>Buffer %</w:t>
      </w:r>
    </w:p>
    <w:p>
      <w:r>
        <w:t>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TEMPLATE 14 — Monthly Business Review</w:t>
      </w:r>
    </w:p>
    <w:p>
      <w:r>
        <w:rPr>
          <w:b/>
        </w:rPr>
        <w:t xml:space="preserve">Purpose: </w:t>
      </w:r>
      <w:r>
        <w:t>A weekly meeting runs the business. A monthly review improves it.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61"/>
        <w:gridCol w:w="1461"/>
        <w:gridCol w:w="1461"/>
        <w:gridCol w:w="1461"/>
        <w:gridCol w:w="1461"/>
        <w:gridCol w:w="1461"/>
        <w:gridCol w:w="1461"/>
      </w:tblGrid>
      <w:tr>
        <w:tc>
          <w:tcPr>
            <w:tcW w:type="dxa" w:w="1461"/>
          </w:tcPr>
          <w:p>
            <w:r>
              <w:t>Area</w:t>
            </w:r>
          </w:p>
        </w:tc>
        <w:tc>
          <w:tcPr>
            <w:tcW w:type="dxa" w:w="1461"/>
          </w:tcPr>
          <w:p>
            <w:r>
              <w:t>What improved?</w:t>
            </w:r>
          </w:p>
        </w:tc>
        <w:tc>
          <w:tcPr>
            <w:tcW w:type="dxa" w:w="1461"/>
          </w:tcPr>
          <w:p>
            <w:r>
              <w:t>What deteriorated?</w:t>
            </w:r>
          </w:p>
        </w:tc>
        <w:tc>
          <w:tcPr>
            <w:tcW w:type="dxa" w:w="1461"/>
          </w:tcPr>
          <w:p>
            <w:r>
              <w:t>Signal / evidence</w:t>
            </w:r>
          </w:p>
        </w:tc>
        <w:tc>
          <w:tcPr>
            <w:tcW w:type="dxa" w:w="1461"/>
          </w:tcPr>
          <w:p>
            <w:r>
              <w:t>Decision</w:t>
            </w:r>
          </w:p>
        </w:tc>
        <w:tc>
          <w:tcPr>
            <w:tcW w:type="dxa" w:w="1461"/>
          </w:tcPr>
          <w:p>
            <w:r>
              <w:t>Owner bottleneck?</w:t>
            </w:r>
          </w:p>
        </w:tc>
        <w:tc>
          <w:tcPr>
            <w:tcW w:type="dxa" w:w="1461"/>
          </w:tcPr>
          <w:p>
            <w:r>
              <w:t>Next experiment</w:t>
            </w:r>
          </w:p>
        </w:tc>
      </w:tr>
      <w:tr>
        <w:tc>
          <w:tcPr>
            <w:tcW w:type="dxa" w:w="1461"/>
          </w:tcPr>
          <w:p>
            <w:r>
              <w:t>Performance</w:t>
            </w:r>
          </w:p>
        </w:tc>
        <w:tc>
          <w:tcPr>
            <w:tcW w:type="dxa" w:w="1461"/>
          </w:tcPr>
          <w:p/>
        </w:tc>
        <w:tc>
          <w:tcPr>
            <w:tcW w:type="dxa" w:w="1461"/>
          </w:tcPr>
          <w:p/>
        </w:tc>
        <w:tc>
          <w:tcPr>
            <w:tcW w:type="dxa" w:w="1461"/>
          </w:tcPr>
          <w:p/>
        </w:tc>
        <w:tc>
          <w:tcPr>
            <w:tcW w:type="dxa" w:w="1461"/>
          </w:tcPr>
          <w:p/>
        </w:tc>
        <w:tc>
          <w:tcPr>
            <w:tcW w:type="dxa" w:w="1461"/>
          </w:tcPr>
          <w:p/>
        </w:tc>
        <w:tc>
          <w:tcPr>
            <w:tcW w:type="dxa" w:w="1461"/>
          </w:tcPr>
          <w:p/>
        </w:tc>
      </w:tr>
      <w:tr>
        <w:tc>
          <w:tcPr>
            <w:tcW w:type="dxa" w:w="1461"/>
          </w:tcPr>
          <w:p>
            <w:r>
              <w:t>Customers</w:t>
            </w:r>
          </w:p>
        </w:tc>
        <w:tc>
          <w:tcPr>
            <w:tcW w:type="dxa" w:w="1461"/>
          </w:tcPr>
          <w:p/>
        </w:tc>
        <w:tc>
          <w:tcPr>
            <w:tcW w:type="dxa" w:w="1461"/>
          </w:tcPr>
          <w:p/>
        </w:tc>
        <w:tc>
          <w:tcPr>
            <w:tcW w:type="dxa" w:w="1461"/>
          </w:tcPr>
          <w:p/>
        </w:tc>
        <w:tc>
          <w:tcPr>
            <w:tcW w:type="dxa" w:w="1461"/>
          </w:tcPr>
          <w:p/>
        </w:tc>
        <w:tc>
          <w:tcPr>
            <w:tcW w:type="dxa" w:w="1461"/>
          </w:tcPr>
          <w:p/>
        </w:tc>
        <w:tc>
          <w:tcPr>
            <w:tcW w:type="dxa" w:w="1461"/>
          </w:tcPr>
          <w:p/>
        </w:tc>
      </w:tr>
      <w:tr>
        <w:tc>
          <w:tcPr>
            <w:tcW w:type="dxa" w:w="1461"/>
          </w:tcPr>
          <w:p>
            <w:r>
              <w:t>Sales</w:t>
            </w:r>
          </w:p>
        </w:tc>
        <w:tc>
          <w:tcPr>
            <w:tcW w:type="dxa" w:w="1461"/>
          </w:tcPr>
          <w:p/>
        </w:tc>
        <w:tc>
          <w:tcPr>
            <w:tcW w:type="dxa" w:w="1461"/>
          </w:tcPr>
          <w:p/>
        </w:tc>
        <w:tc>
          <w:tcPr>
            <w:tcW w:type="dxa" w:w="1461"/>
          </w:tcPr>
          <w:p/>
        </w:tc>
        <w:tc>
          <w:tcPr>
            <w:tcW w:type="dxa" w:w="1461"/>
          </w:tcPr>
          <w:p/>
        </w:tc>
        <w:tc>
          <w:tcPr>
            <w:tcW w:type="dxa" w:w="1461"/>
          </w:tcPr>
          <w:p/>
        </w:tc>
        <w:tc>
          <w:tcPr>
            <w:tcW w:type="dxa" w:w="1461"/>
          </w:tcPr>
          <w:p/>
        </w:tc>
      </w:tr>
      <w:tr>
        <w:tc>
          <w:tcPr>
            <w:tcW w:type="dxa" w:w="1461"/>
          </w:tcPr>
          <w:p>
            <w:r>
              <w:t>Marketing</w:t>
            </w:r>
          </w:p>
        </w:tc>
        <w:tc>
          <w:tcPr>
            <w:tcW w:type="dxa" w:w="1461"/>
          </w:tcPr>
          <w:p/>
        </w:tc>
        <w:tc>
          <w:tcPr>
            <w:tcW w:type="dxa" w:w="1461"/>
          </w:tcPr>
          <w:p/>
        </w:tc>
        <w:tc>
          <w:tcPr>
            <w:tcW w:type="dxa" w:w="1461"/>
          </w:tcPr>
          <w:p/>
        </w:tc>
        <w:tc>
          <w:tcPr>
            <w:tcW w:type="dxa" w:w="1461"/>
          </w:tcPr>
          <w:p/>
        </w:tc>
        <w:tc>
          <w:tcPr>
            <w:tcW w:type="dxa" w:w="1461"/>
          </w:tcPr>
          <w:p/>
        </w:tc>
        <w:tc>
          <w:tcPr>
            <w:tcW w:type="dxa" w:w="1461"/>
          </w:tcPr>
          <w:p/>
        </w:tc>
      </w:tr>
      <w:tr>
        <w:tc>
          <w:tcPr>
            <w:tcW w:type="dxa" w:w="1461"/>
          </w:tcPr>
          <w:p>
            <w:r>
              <w:t>Operations</w:t>
            </w:r>
          </w:p>
        </w:tc>
        <w:tc>
          <w:tcPr>
            <w:tcW w:type="dxa" w:w="1461"/>
          </w:tcPr>
          <w:p/>
        </w:tc>
        <w:tc>
          <w:tcPr>
            <w:tcW w:type="dxa" w:w="1461"/>
          </w:tcPr>
          <w:p/>
        </w:tc>
        <w:tc>
          <w:tcPr>
            <w:tcW w:type="dxa" w:w="1461"/>
          </w:tcPr>
          <w:p/>
        </w:tc>
        <w:tc>
          <w:tcPr>
            <w:tcW w:type="dxa" w:w="1461"/>
          </w:tcPr>
          <w:p/>
        </w:tc>
        <w:tc>
          <w:tcPr>
            <w:tcW w:type="dxa" w:w="1461"/>
          </w:tcPr>
          <w:p/>
        </w:tc>
        <w:tc>
          <w:tcPr>
            <w:tcW w:type="dxa" w:w="1461"/>
          </w:tcPr>
          <w:p/>
        </w:tc>
      </w:tr>
      <w:tr>
        <w:tc>
          <w:tcPr>
            <w:tcW w:type="dxa" w:w="1461"/>
          </w:tcPr>
          <w:p>
            <w:r>
              <w:t>Financials</w:t>
            </w:r>
          </w:p>
        </w:tc>
        <w:tc>
          <w:tcPr>
            <w:tcW w:type="dxa" w:w="1461"/>
          </w:tcPr>
          <w:p/>
        </w:tc>
        <w:tc>
          <w:tcPr>
            <w:tcW w:type="dxa" w:w="1461"/>
          </w:tcPr>
          <w:p/>
        </w:tc>
        <w:tc>
          <w:tcPr>
            <w:tcW w:type="dxa" w:w="1461"/>
          </w:tcPr>
          <w:p/>
        </w:tc>
        <w:tc>
          <w:tcPr>
            <w:tcW w:type="dxa" w:w="1461"/>
          </w:tcPr>
          <w:p/>
        </w:tc>
        <w:tc>
          <w:tcPr>
            <w:tcW w:type="dxa" w:w="1461"/>
          </w:tcPr>
          <w:p/>
        </w:tc>
        <w:tc>
          <w:tcPr>
            <w:tcW w:type="dxa" w:w="1461"/>
          </w:tcPr>
          <w:p/>
        </w:tc>
      </w:tr>
      <w:tr>
        <w:tc>
          <w:tcPr>
            <w:tcW w:type="dxa" w:w="1461"/>
          </w:tcPr>
          <w:p>
            <w:r>
              <w:t>Owner / capacity</w:t>
            </w:r>
          </w:p>
        </w:tc>
        <w:tc>
          <w:tcPr>
            <w:tcW w:type="dxa" w:w="1461"/>
          </w:tcPr>
          <w:p/>
        </w:tc>
        <w:tc>
          <w:tcPr>
            <w:tcW w:type="dxa" w:w="1461"/>
          </w:tcPr>
          <w:p/>
        </w:tc>
        <w:tc>
          <w:tcPr>
            <w:tcW w:type="dxa" w:w="1461"/>
          </w:tcPr>
          <w:p/>
        </w:tc>
        <w:tc>
          <w:tcPr>
            <w:tcW w:type="dxa" w:w="1461"/>
          </w:tcPr>
          <w:p/>
        </w:tc>
        <w:tc>
          <w:tcPr>
            <w:tcW w:type="dxa" w:w="1461"/>
          </w:tcPr>
          <w:p/>
        </w:tc>
        <w:tc>
          <w:tcPr>
            <w:tcW w:type="dxa" w:w="1461"/>
          </w:tcPr>
          <w:p/>
        </w:tc>
      </w:tr>
    </w:tbl>
    <w:p>
      <w:r>
        <w:t>FRICTION LOG — ONE FIX THIS MONTH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61"/>
        <w:gridCol w:w="1461"/>
        <w:gridCol w:w="1461"/>
        <w:gridCol w:w="1461"/>
        <w:gridCol w:w="1461"/>
        <w:gridCol w:w="1461"/>
        <w:gridCol w:w="1461"/>
      </w:tblGrid>
      <w:tr>
        <w:tc>
          <w:tcPr>
            <w:tcW w:type="dxa" w:w="1461"/>
          </w:tcPr>
          <w:p>
            <w:r>
              <w:t>Recurring friction</w:t>
            </w:r>
          </w:p>
        </w:tc>
        <w:tc>
          <w:tcPr>
            <w:tcW w:type="dxa" w:w="1461"/>
          </w:tcPr>
          <w:p>
            <w:r>
              <w:t>How often?</w:t>
            </w:r>
          </w:p>
        </w:tc>
        <w:tc>
          <w:tcPr>
            <w:tcW w:type="dxa" w:w="1461"/>
          </w:tcPr>
          <w:p>
            <w:r>
              <w:t>Cost / consequence</w:t>
            </w:r>
          </w:p>
        </w:tc>
        <w:tc>
          <w:tcPr>
            <w:tcW w:type="dxa" w:w="1461"/>
          </w:tcPr>
          <w:p>
            <w:r>
              <w:t>Root cause guess</w:t>
            </w:r>
          </w:p>
        </w:tc>
        <w:tc>
          <w:tcPr>
            <w:tcW w:type="dxa" w:w="1461"/>
          </w:tcPr>
          <w:p>
            <w:r>
              <w:t>Fix to test</w:t>
            </w:r>
          </w:p>
        </w:tc>
        <w:tc>
          <w:tcPr>
            <w:tcW w:type="dxa" w:w="1461"/>
          </w:tcPr>
          <w:p>
            <w:r>
              <w:t>Owner</w:t>
            </w:r>
          </w:p>
        </w:tc>
        <w:tc>
          <w:tcPr>
            <w:tcW w:type="dxa" w:w="1461"/>
          </w:tcPr>
          <w:p>
            <w:r>
              <w:t>Review date</w:t>
            </w:r>
          </w:p>
        </w:tc>
      </w:tr>
      <w:tr>
        <w:tc>
          <w:tcPr>
            <w:tcW w:type="dxa" w:w="1461"/>
          </w:tcPr>
          <w:p/>
        </w:tc>
        <w:tc>
          <w:tcPr>
            <w:tcW w:type="dxa" w:w="1461"/>
          </w:tcPr>
          <w:p/>
        </w:tc>
        <w:tc>
          <w:tcPr>
            <w:tcW w:type="dxa" w:w="1461"/>
          </w:tcPr>
          <w:p/>
        </w:tc>
        <w:tc>
          <w:tcPr>
            <w:tcW w:type="dxa" w:w="1461"/>
          </w:tcPr>
          <w:p/>
        </w:tc>
        <w:tc>
          <w:tcPr>
            <w:tcW w:type="dxa" w:w="1461"/>
          </w:tcPr>
          <w:p/>
        </w:tc>
        <w:tc>
          <w:tcPr>
            <w:tcW w:type="dxa" w:w="1461"/>
          </w:tcPr>
          <w:p/>
        </w:tc>
        <w:tc>
          <w:tcPr>
            <w:tcW w:type="dxa" w:w="1461"/>
          </w:tcPr>
          <w:p/>
        </w:tc>
      </w:tr>
      <w:tr>
        <w:tc>
          <w:tcPr>
            <w:tcW w:type="dxa" w:w="1461"/>
          </w:tcPr>
          <w:p/>
        </w:tc>
        <w:tc>
          <w:tcPr>
            <w:tcW w:type="dxa" w:w="1461"/>
          </w:tcPr>
          <w:p/>
        </w:tc>
        <w:tc>
          <w:tcPr>
            <w:tcW w:type="dxa" w:w="1461"/>
          </w:tcPr>
          <w:p/>
        </w:tc>
        <w:tc>
          <w:tcPr>
            <w:tcW w:type="dxa" w:w="1461"/>
          </w:tcPr>
          <w:p/>
        </w:tc>
        <w:tc>
          <w:tcPr>
            <w:tcW w:type="dxa" w:w="1461"/>
          </w:tcPr>
          <w:p/>
        </w:tc>
        <w:tc>
          <w:tcPr>
            <w:tcW w:type="dxa" w:w="1461"/>
          </w:tcPr>
          <w:p/>
        </w:tc>
        <w:tc>
          <w:tcPr>
            <w:tcW w:type="dxa" w:w="1461"/>
          </w:tcPr>
          <w:p/>
        </w:tc>
      </w:tr>
      <w:tr>
        <w:tc>
          <w:tcPr>
            <w:tcW w:type="dxa" w:w="1461"/>
          </w:tcPr>
          <w:p/>
        </w:tc>
        <w:tc>
          <w:tcPr>
            <w:tcW w:type="dxa" w:w="1461"/>
          </w:tcPr>
          <w:p/>
        </w:tc>
        <w:tc>
          <w:tcPr>
            <w:tcW w:type="dxa" w:w="1461"/>
          </w:tcPr>
          <w:p/>
        </w:tc>
        <w:tc>
          <w:tcPr>
            <w:tcW w:type="dxa" w:w="1461"/>
          </w:tcPr>
          <w:p/>
        </w:tc>
        <w:tc>
          <w:tcPr>
            <w:tcW w:type="dxa" w:w="1461"/>
          </w:tcPr>
          <w:p/>
        </w:tc>
        <w:tc>
          <w:tcPr>
            <w:tcW w:type="dxa" w:w="1461"/>
          </w:tcPr>
          <w:p/>
        </w:tc>
        <w:tc>
          <w:tcPr>
            <w:tcW w:type="dxa" w:w="1461"/>
          </w:tcPr>
          <w:p/>
        </w:tc>
      </w:tr>
      <w:tr>
        <w:tc>
          <w:tcPr>
            <w:tcW w:type="dxa" w:w="1461"/>
          </w:tcPr>
          <w:p/>
        </w:tc>
        <w:tc>
          <w:tcPr>
            <w:tcW w:type="dxa" w:w="1461"/>
          </w:tcPr>
          <w:p/>
        </w:tc>
        <w:tc>
          <w:tcPr>
            <w:tcW w:type="dxa" w:w="1461"/>
          </w:tcPr>
          <w:p/>
        </w:tc>
        <w:tc>
          <w:tcPr>
            <w:tcW w:type="dxa" w:w="1461"/>
          </w:tcPr>
          <w:p/>
        </w:tc>
        <w:tc>
          <w:tcPr>
            <w:tcW w:type="dxa" w:w="1461"/>
          </w:tcPr>
          <w:p/>
        </w:tc>
        <w:tc>
          <w:tcPr>
            <w:tcW w:type="dxa" w:w="1461"/>
          </w:tcPr>
          <w:p/>
        </w:tc>
        <w:tc>
          <w:tcPr>
            <w:tcW w:type="dxa" w:w="1461"/>
          </w:tcPr>
          <w:p/>
        </w:tc>
      </w:tr>
    </w:tbl>
    <w:p>
      <w:r>
        <w:br w:type="page"/>
      </w:r>
    </w:p>
    <w:p>
      <w:pPr>
        <w:pStyle w:val="Heading1"/>
      </w:pPr>
      <w:r>
        <w:t>TEMPLATE 15 — Operating Independence Assessment</w:t>
      </w:r>
    </w:p>
    <w:p>
      <w:r>
        <w:rPr>
          <w:b/>
        </w:rPr>
        <w:t xml:space="preserve">Purpose: </w:t>
      </w:r>
      <w:r>
        <w:t>What breaks when you stop touching the business?</w:t>
      </w:r>
    </w:p>
    <w:p>
      <w:r>
        <w:rPr>
          <w:b/>
        </w:rPr>
        <w:t>Lead handling</w:t>
      </w:r>
    </w:p>
    <w:p>
      <w:r>
        <w:t>________________________________________________________________________________</w:t>
      </w:r>
    </w:p>
    <w:p>
      <w:r>
        <w:rPr>
          <w:b/>
        </w:rPr>
        <w:t>Customer communication</w:t>
      </w:r>
    </w:p>
    <w:p>
      <w:r>
        <w:t>________________________________________________________________________________</w:t>
      </w:r>
    </w:p>
    <w:p>
      <w:r>
        <w:rPr>
          <w:b/>
        </w:rPr>
        <w:t>Delivery</w:t>
      </w:r>
    </w:p>
    <w:p>
      <w:r>
        <w:t>________________________________________________________________________________</w:t>
      </w:r>
    </w:p>
    <w:p>
      <w:r>
        <w:rPr>
          <w:b/>
        </w:rPr>
        <w:t>Billing / collections</w:t>
      </w:r>
    </w:p>
    <w:p>
      <w:r>
        <w:t>________________________________________________________________________________</w:t>
      </w:r>
    </w:p>
    <w:p>
      <w:r>
        <w:rPr>
          <w:b/>
        </w:rPr>
        <w:t>Marketing</w:t>
      </w:r>
    </w:p>
    <w:p>
      <w:r>
        <w:t>________________________________________________________________________________</w:t>
      </w:r>
    </w:p>
    <w:p>
      <w:r>
        <w:rPr>
          <w:b/>
        </w:rPr>
        <w:t>Sales follow-up</w:t>
      </w:r>
    </w:p>
    <w:p>
      <w:r>
        <w:t>________________________________________________________________________________</w:t>
      </w:r>
    </w:p>
    <w:p>
      <w:r>
        <w:rPr>
          <w:b/>
        </w:rPr>
        <w:t>Administration</w:t>
      </w:r>
    </w:p>
    <w:p>
      <w:r>
        <w:t>________________________________________________________________________________</w:t>
      </w:r>
    </w:p>
    <w:p>
      <w:r>
        <w:rPr>
          <w:b/>
        </w:rPr>
        <w:t>Reporting / controls</w:t>
      </w:r>
    </w:p>
    <w:p>
      <w:r>
        <w:t>________________________________________________________________________________</w:t>
      </w:r>
    </w:p>
    <w:p>
      <w:r>
        <w:rPr>
          <w:b/>
        </w:rPr>
        <w:t>Breaks within 1 day</w:t>
      </w:r>
    </w:p>
    <w:p>
      <w:r>
        <w:t>________________________________________________________________________________</w:t>
      </w:r>
    </w:p>
    <w:p>
      <w:r>
        <w:rPr>
          <w:b/>
        </w:rPr>
        <w:t>Breaks within 1 week</w:t>
      </w:r>
    </w:p>
    <w:p>
      <w:r>
        <w:t>________________________________________________________________________________</w:t>
      </w:r>
    </w:p>
    <w:p>
      <w:r>
        <w:rPr>
          <w:b/>
        </w:rPr>
        <w:t>First system to strengthen</w:t>
      </w:r>
    </w:p>
    <w:p>
      <w:r>
        <w:t>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TEMPLATE 30 — 30-Day Operating System Installation</w:t>
      </w:r>
    </w:p>
    <w:p>
      <w:r>
        <w:rPr>
          <w:b/>
        </w:rPr>
        <w:t xml:space="preserve">Purpose: </w:t>
      </w:r>
      <w:r>
        <w:t>Install the minimum useful system first. Improve it after you use it.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5"/>
        <w:gridCol w:w="2045"/>
        <w:gridCol w:w="2045"/>
        <w:gridCol w:w="2045"/>
        <w:gridCol w:w="2045"/>
      </w:tblGrid>
      <w:tr>
        <w:tc>
          <w:tcPr>
            <w:tcW w:type="dxa" w:w="2045"/>
          </w:tcPr>
          <w:p>
            <w:r>
              <w:t>Day</w:t>
            </w:r>
          </w:p>
        </w:tc>
        <w:tc>
          <w:tcPr>
            <w:tcW w:type="dxa" w:w="2045"/>
          </w:tcPr>
          <w:p>
            <w:r>
              <w:t>Focus / action</w:t>
            </w:r>
          </w:p>
        </w:tc>
        <w:tc>
          <w:tcPr>
            <w:tcW w:type="dxa" w:w="2045"/>
          </w:tcPr>
          <w:p>
            <w:r>
              <w:t>Done?</w:t>
            </w:r>
          </w:p>
        </w:tc>
        <w:tc>
          <w:tcPr>
            <w:tcW w:type="dxa" w:w="2045"/>
          </w:tcPr>
          <w:p>
            <w:r>
              <w:t>What changed?</w:t>
            </w:r>
          </w:p>
        </w:tc>
        <w:tc>
          <w:tcPr>
            <w:tcW w:type="dxa" w:w="2045"/>
          </w:tcPr>
          <w:p>
            <w:r>
              <w:t>Next adjustment</w:t>
            </w:r>
          </w:p>
        </w:tc>
      </w:tr>
      <w:tr>
        <w:tc>
          <w:tcPr>
            <w:tcW w:type="dxa" w:w="2045"/>
          </w:tcPr>
          <w:p>
            <w:r>
              <w:t>Day 1</w:t>
            </w:r>
          </w:p>
        </w:tc>
        <w:tc>
          <w:tcPr>
            <w:tcW w:type="dxa" w:w="2045"/>
          </w:tcPr>
          <w:p>
            <w:r>
              <w:t>Complete a mental inventory dump</w:t>
            </w:r>
          </w:p>
        </w:tc>
        <w:tc>
          <w:tcPr>
            <w:tcW w:type="dxa" w:w="2045"/>
          </w:tcPr>
          <w:p/>
        </w:tc>
        <w:tc>
          <w:tcPr>
            <w:tcW w:type="dxa" w:w="2045"/>
          </w:tcPr>
          <w:p/>
        </w:tc>
        <w:tc>
          <w:tcPr>
            <w:tcW w:type="dxa" w:w="2045"/>
          </w:tcPr>
          <w:p/>
        </w:tc>
      </w:tr>
      <w:tr>
        <w:tc>
          <w:tcPr>
            <w:tcW w:type="dxa" w:w="2045"/>
          </w:tcPr>
          <w:p>
            <w:r>
              <w:t>Day 2</w:t>
            </w:r>
          </w:p>
        </w:tc>
        <w:tc>
          <w:tcPr>
            <w:tcW w:type="dxa" w:w="2045"/>
          </w:tcPr>
          <w:p>
            <w:r>
              <w:t>Assign every item to a home</w:t>
            </w:r>
          </w:p>
        </w:tc>
        <w:tc>
          <w:tcPr>
            <w:tcW w:type="dxa" w:w="2045"/>
          </w:tcPr>
          <w:p/>
        </w:tc>
        <w:tc>
          <w:tcPr>
            <w:tcW w:type="dxa" w:w="2045"/>
          </w:tcPr>
          <w:p/>
        </w:tc>
        <w:tc>
          <w:tcPr>
            <w:tcW w:type="dxa" w:w="2045"/>
          </w:tcPr>
          <w:p/>
        </w:tc>
      </w:tr>
      <w:tr>
        <w:tc>
          <w:tcPr>
            <w:tcW w:type="dxa" w:w="2045"/>
          </w:tcPr>
          <w:p>
            <w:r>
              <w:t>Day 3</w:t>
            </w:r>
          </w:p>
        </w:tc>
        <w:tc>
          <w:tcPr>
            <w:tcW w:type="dxa" w:w="2045"/>
          </w:tcPr>
          <w:p>
            <w:r>
              <w:t>Complete the Annual Direction Sheet</w:t>
            </w:r>
          </w:p>
        </w:tc>
        <w:tc>
          <w:tcPr>
            <w:tcW w:type="dxa" w:w="2045"/>
          </w:tcPr>
          <w:p/>
        </w:tc>
        <w:tc>
          <w:tcPr>
            <w:tcW w:type="dxa" w:w="2045"/>
          </w:tcPr>
          <w:p/>
        </w:tc>
        <w:tc>
          <w:tcPr>
            <w:tcW w:type="dxa" w:w="2045"/>
          </w:tcPr>
          <w:p/>
        </w:tc>
      </w:tr>
      <w:tr>
        <w:tc>
          <w:tcPr>
            <w:tcW w:type="dxa" w:w="2045"/>
          </w:tcPr>
          <w:p>
            <w:r>
              <w:t>Day 4</w:t>
            </w:r>
          </w:p>
        </w:tc>
        <w:tc>
          <w:tcPr>
            <w:tcW w:type="dxa" w:w="2045"/>
          </w:tcPr>
          <w:p>
            <w:r>
              <w:t>Choose up to three 90-day outcomes</w:t>
            </w:r>
          </w:p>
        </w:tc>
        <w:tc>
          <w:tcPr>
            <w:tcW w:type="dxa" w:w="2045"/>
          </w:tcPr>
          <w:p/>
        </w:tc>
        <w:tc>
          <w:tcPr>
            <w:tcW w:type="dxa" w:w="2045"/>
          </w:tcPr>
          <w:p/>
        </w:tc>
        <w:tc>
          <w:tcPr>
            <w:tcW w:type="dxa" w:w="2045"/>
          </w:tcPr>
          <w:p/>
        </w:tc>
      </w:tr>
      <w:tr>
        <w:tc>
          <w:tcPr>
            <w:tcW w:type="dxa" w:w="2045"/>
          </w:tcPr>
          <w:p>
            <w:r>
              <w:t>Day 5</w:t>
            </w:r>
          </w:p>
        </w:tc>
        <w:tc>
          <w:tcPr>
            <w:tcW w:type="dxa" w:w="2045"/>
          </w:tcPr>
          <w:p>
            <w:r>
              <w:t>Build the first Command Center</w:t>
            </w:r>
          </w:p>
        </w:tc>
        <w:tc>
          <w:tcPr>
            <w:tcW w:type="dxa" w:w="2045"/>
          </w:tcPr>
          <w:p/>
        </w:tc>
        <w:tc>
          <w:tcPr>
            <w:tcW w:type="dxa" w:w="2045"/>
          </w:tcPr>
          <w:p/>
        </w:tc>
        <w:tc>
          <w:tcPr>
            <w:tcW w:type="dxa" w:w="2045"/>
          </w:tcPr>
          <w:p/>
        </w:tc>
      </w:tr>
      <w:tr>
        <w:tc>
          <w:tcPr>
            <w:tcW w:type="dxa" w:w="2045"/>
          </w:tcPr>
          <w:p>
            <w:r>
              <w:t>Day 6</w:t>
            </w:r>
          </w:p>
        </w:tc>
        <w:tc>
          <w:tcPr>
            <w:tcW w:type="dxa" w:w="2045"/>
          </w:tcPr>
          <w:p>
            <w:r>
              <w:t>Define your Daily Three routine</w:t>
            </w:r>
          </w:p>
        </w:tc>
        <w:tc>
          <w:tcPr>
            <w:tcW w:type="dxa" w:w="2045"/>
          </w:tcPr>
          <w:p/>
        </w:tc>
        <w:tc>
          <w:tcPr>
            <w:tcW w:type="dxa" w:w="2045"/>
          </w:tcPr>
          <w:p/>
        </w:tc>
        <w:tc>
          <w:tcPr>
            <w:tcW w:type="dxa" w:w="2045"/>
          </w:tcPr>
          <w:p/>
        </w:tc>
      </w:tr>
      <w:tr>
        <w:tc>
          <w:tcPr>
            <w:tcW w:type="dxa" w:w="2045"/>
          </w:tcPr>
          <w:p>
            <w:r>
              <w:t>Day 7</w:t>
            </w:r>
          </w:p>
        </w:tc>
        <w:tc>
          <w:tcPr>
            <w:tcW w:type="dxa" w:w="2045"/>
          </w:tcPr>
          <w:p>
            <w:r>
              <w:t>Run a short weekly review</w:t>
            </w:r>
          </w:p>
        </w:tc>
        <w:tc>
          <w:tcPr>
            <w:tcW w:type="dxa" w:w="2045"/>
          </w:tcPr>
          <w:p/>
        </w:tc>
        <w:tc>
          <w:tcPr>
            <w:tcW w:type="dxa" w:w="2045"/>
          </w:tcPr>
          <w:p/>
        </w:tc>
        <w:tc>
          <w:tcPr>
            <w:tcW w:type="dxa" w:w="2045"/>
          </w:tcPr>
          <w:p/>
        </w:tc>
      </w:tr>
      <w:tr>
        <w:tc>
          <w:tcPr>
            <w:tcW w:type="dxa" w:w="2045"/>
          </w:tcPr>
          <w:p>
            <w:r>
              <w:t>Day 8</w:t>
            </w:r>
          </w:p>
        </w:tc>
        <w:tc>
          <w:tcPr>
            <w:tcW w:type="dxa" w:w="2045"/>
          </w:tcPr>
          <w:p>
            <w:r>
              <w:t>Map the customer lifecycle</w:t>
            </w:r>
          </w:p>
        </w:tc>
        <w:tc>
          <w:tcPr>
            <w:tcW w:type="dxa" w:w="2045"/>
          </w:tcPr>
          <w:p/>
        </w:tc>
        <w:tc>
          <w:tcPr>
            <w:tcW w:type="dxa" w:w="2045"/>
          </w:tcPr>
          <w:p/>
        </w:tc>
        <w:tc>
          <w:tcPr>
            <w:tcW w:type="dxa" w:w="2045"/>
          </w:tcPr>
          <w:p/>
        </w:tc>
      </w:tr>
      <w:tr>
        <w:tc>
          <w:tcPr>
            <w:tcW w:type="dxa" w:w="2045"/>
          </w:tcPr>
          <w:p>
            <w:r>
              <w:t>Day 9</w:t>
            </w:r>
          </w:p>
        </w:tc>
        <w:tc>
          <w:tcPr>
            <w:tcW w:type="dxa" w:w="2045"/>
          </w:tcPr>
          <w:p>
            <w:r>
              <w:t>Put every live relationship on the Next Actions sheet</w:t>
            </w:r>
          </w:p>
        </w:tc>
        <w:tc>
          <w:tcPr>
            <w:tcW w:type="dxa" w:w="2045"/>
          </w:tcPr>
          <w:p/>
        </w:tc>
        <w:tc>
          <w:tcPr>
            <w:tcW w:type="dxa" w:w="2045"/>
          </w:tcPr>
          <w:p/>
        </w:tc>
        <w:tc>
          <w:tcPr>
            <w:tcW w:type="dxa" w:w="2045"/>
          </w:tcPr>
          <w:p/>
        </w:tc>
      </w:tr>
      <w:tr>
        <w:tc>
          <w:tcPr>
            <w:tcW w:type="dxa" w:w="2045"/>
          </w:tcPr>
          <w:p>
            <w:r>
              <w:t>Day 10</w:t>
            </w:r>
          </w:p>
        </w:tc>
        <w:tc>
          <w:tcPr>
            <w:tcW w:type="dxa" w:w="2045"/>
          </w:tcPr>
          <w:p>
            <w:r>
              <w:t>Complete the first Financial Pulse</w:t>
            </w:r>
          </w:p>
        </w:tc>
        <w:tc>
          <w:tcPr>
            <w:tcW w:type="dxa" w:w="2045"/>
          </w:tcPr>
          <w:p/>
        </w:tc>
        <w:tc>
          <w:tcPr>
            <w:tcW w:type="dxa" w:w="2045"/>
          </w:tcPr>
          <w:p/>
        </w:tc>
        <w:tc>
          <w:tcPr>
            <w:tcW w:type="dxa" w:w="2045"/>
          </w:tcPr>
          <w:p/>
        </w:tc>
      </w:tr>
      <w:tr>
        <w:tc>
          <w:tcPr>
            <w:tcW w:type="dxa" w:w="2045"/>
          </w:tcPr>
          <w:p>
            <w:r>
              <w:t>Day 11</w:t>
            </w:r>
          </w:p>
        </w:tc>
        <w:tc>
          <w:tcPr>
            <w:tcW w:type="dxa" w:w="2045"/>
          </w:tcPr>
          <w:p>
            <w:r>
              <w:t>Measure a normal week</w:t>
            </w:r>
          </w:p>
        </w:tc>
        <w:tc>
          <w:tcPr>
            <w:tcW w:type="dxa" w:w="2045"/>
          </w:tcPr>
          <w:p/>
        </w:tc>
        <w:tc>
          <w:tcPr>
            <w:tcW w:type="dxa" w:w="2045"/>
          </w:tcPr>
          <w:p/>
        </w:tc>
        <w:tc>
          <w:tcPr>
            <w:tcW w:type="dxa" w:w="2045"/>
          </w:tcPr>
          <w:p/>
        </w:tc>
      </w:tr>
      <w:tr>
        <w:tc>
          <w:tcPr>
            <w:tcW w:type="dxa" w:w="2045"/>
          </w:tcPr>
          <w:p>
            <w:r>
              <w:t>Day 12</w:t>
            </w:r>
          </w:p>
        </w:tc>
        <w:tc>
          <w:tcPr>
            <w:tcW w:type="dxa" w:w="2045"/>
          </w:tcPr>
          <w:p>
            <w:r>
              <w:t>Complete the Capacity Planner</w:t>
            </w:r>
          </w:p>
        </w:tc>
        <w:tc>
          <w:tcPr>
            <w:tcW w:type="dxa" w:w="2045"/>
          </w:tcPr>
          <w:p/>
        </w:tc>
        <w:tc>
          <w:tcPr>
            <w:tcW w:type="dxa" w:w="2045"/>
          </w:tcPr>
          <w:p/>
        </w:tc>
        <w:tc>
          <w:tcPr>
            <w:tcW w:type="dxa" w:w="2045"/>
          </w:tcPr>
          <w:p/>
        </w:tc>
      </w:tr>
      <w:tr>
        <w:tc>
          <w:tcPr>
            <w:tcW w:type="dxa" w:w="2045"/>
          </w:tcPr>
          <w:p>
            <w:r>
              <w:t>Day 13</w:t>
            </w:r>
          </w:p>
        </w:tc>
        <w:tc>
          <w:tcPr>
            <w:tcW w:type="dxa" w:w="2045"/>
          </w:tcPr>
          <w:p>
            <w:r>
              <w:t>Choose one recurring process</w:t>
            </w:r>
          </w:p>
        </w:tc>
        <w:tc>
          <w:tcPr>
            <w:tcW w:type="dxa" w:w="2045"/>
          </w:tcPr>
          <w:p/>
        </w:tc>
        <w:tc>
          <w:tcPr>
            <w:tcW w:type="dxa" w:w="2045"/>
          </w:tcPr>
          <w:p/>
        </w:tc>
        <w:tc>
          <w:tcPr>
            <w:tcW w:type="dxa" w:w="2045"/>
          </w:tcPr>
          <w:p/>
        </w:tc>
      </w:tr>
      <w:tr>
        <w:tc>
          <w:tcPr>
            <w:tcW w:type="dxa" w:w="2045"/>
          </w:tcPr>
          <w:p>
            <w:r>
              <w:t>Day 14</w:t>
            </w:r>
          </w:p>
        </w:tc>
        <w:tc>
          <w:tcPr>
            <w:tcW w:type="dxa" w:w="2045"/>
          </w:tcPr>
          <w:p>
            <w:r>
              <w:t>Map trigger, steps, and completion condition</w:t>
            </w:r>
          </w:p>
        </w:tc>
        <w:tc>
          <w:tcPr>
            <w:tcW w:type="dxa" w:w="2045"/>
          </w:tcPr>
          <w:p/>
        </w:tc>
        <w:tc>
          <w:tcPr>
            <w:tcW w:type="dxa" w:w="2045"/>
          </w:tcPr>
          <w:p/>
        </w:tc>
        <w:tc>
          <w:tcPr>
            <w:tcW w:type="dxa" w:w="2045"/>
          </w:tcPr>
          <w:p/>
        </w:tc>
      </w:tr>
      <w:tr>
        <w:tc>
          <w:tcPr>
            <w:tcW w:type="dxa" w:w="2045"/>
          </w:tcPr>
          <w:p>
            <w:r>
              <w:t>Day 15</w:t>
            </w:r>
          </w:p>
        </w:tc>
        <w:tc>
          <w:tcPr>
            <w:tcW w:type="dxa" w:w="2045"/>
          </w:tcPr>
          <w:p>
            <w:r>
              <w:t>Document the process on one page</w:t>
            </w:r>
          </w:p>
        </w:tc>
        <w:tc>
          <w:tcPr>
            <w:tcW w:type="dxa" w:w="2045"/>
          </w:tcPr>
          <w:p/>
        </w:tc>
        <w:tc>
          <w:tcPr>
            <w:tcW w:type="dxa" w:w="2045"/>
          </w:tcPr>
          <w:p/>
        </w:tc>
        <w:tc>
          <w:tcPr>
            <w:tcW w:type="dxa" w:w="2045"/>
          </w:tcPr>
          <w:p/>
        </w:tc>
      </w:tr>
      <w:tr>
        <w:tc>
          <w:tcPr>
            <w:tcW w:type="dxa" w:w="2045"/>
          </w:tcPr>
          <w:p>
            <w:r>
              <w:t>Day 16</w:t>
            </w:r>
          </w:p>
        </w:tc>
        <w:tc>
          <w:tcPr>
            <w:tcW w:type="dxa" w:w="2045"/>
          </w:tcPr>
          <w:p>
            <w:r>
              <w:t>Audit one repetitive task</w:t>
            </w:r>
          </w:p>
        </w:tc>
        <w:tc>
          <w:tcPr>
            <w:tcW w:type="dxa" w:w="2045"/>
          </w:tcPr>
          <w:p/>
        </w:tc>
        <w:tc>
          <w:tcPr>
            <w:tcW w:type="dxa" w:w="2045"/>
          </w:tcPr>
          <w:p/>
        </w:tc>
        <w:tc>
          <w:tcPr>
            <w:tcW w:type="dxa" w:w="2045"/>
          </w:tcPr>
          <w:p/>
        </w:tc>
      </w:tr>
      <w:tr>
        <w:tc>
          <w:tcPr>
            <w:tcW w:type="dxa" w:w="2045"/>
          </w:tcPr>
          <w:p>
            <w:r>
              <w:t>Day 17</w:t>
            </w:r>
          </w:p>
        </w:tc>
        <w:tc>
          <w:tcPr>
            <w:tcW w:type="dxa" w:w="2045"/>
          </w:tcPr>
          <w:p>
            <w:r>
              <w:t>Eliminate or simplify before automating</w:t>
            </w:r>
          </w:p>
        </w:tc>
        <w:tc>
          <w:tcPr>
            <w:tcW w:type="dxa" w:w="2045"/>
          </w:tcPr>
          <w:p/>
        </w:tc>
        <w:tc>
          <w:tcPr>
            <w:tcW w:type="dxa" w:w="2045"/>
          </w:tcPr>
          <w:p/>
        </w:tc>
        <w:tc>
          <w:tcPr>
            <w:tcW w:type="dxa" w:w="2045"/>
          </w:tcPr>
          <w:p/>
        </w:tc>
      </w:tr>
      <w:tr>
        <w:tc>
          <w:tcPr>
            <w:tcW w:type="dxa" w:w="2045"/>
          </w:tcPr>
          <w:p>
            <w:r>
              <w:t>Day 18</w:t>
            </w:r>
          </w:p>
        </w:tc>
        <w:tc>
          <w:tcPr>
            <w:tcW w:type="dxa" w:w="2045"/>
          </w:tcPr>
          <w:p>
            <w:r>
              <w:t>Create one reusable template</w:t>
            </w:r>
          </w:p>
        </w:tc>
        <w:tc>
          <w:tcPr>
            <w:tcW w:type="dxa" w:w="2045"/>
          </w:tcPr>
          <w:p/>
        </w:tc>
        <w:tc>
          <w:tcPr>
            <w:tcW w:type="dxa" w:w="2045"/>
          </w:tcPr>
          <w:p/>
        </w:tc>
        <w:tc>
          <w:tcPr>
            <w:tcW w:type="dxa" w:w="2045"/>
          </w:tcPr>
          <w:p/>
        </w:tc>
      </w:tr>
      <w:tr>
        <w:tc>
          <w:tcPr>
            <w:tcW w:type="dxa" w:w="2045"/>
          </w:tcPr>
          <w:p>
            <w:r>
              <w:t>Day 19</w:t>
            </w:r>
          </w:p>
        </w:tc>
        <w:tc>
          <w:tcPr>
            <w:tcW w:type="dxa" w:w="2045"/>
          </w:tcPr>
          <w:p>
            <w:r>
              <w:t>Define one exception rule</w:t>
            </w:r>
          </w:p>
        </w:tc>
        <w:tc>
          <w:tcPr>
            <w:tcW w:type="dxa" w:w="2045"/>
          </w:tcPr>
          <w:p/>
        </w:tc>
        <w:tc>
          <w:tcPr>
            <w:tcW w:type="dxa" w:w="2045"/>
          </w:tcPr>
          <w:p/>
        </w:tc>
        <w:tc>
          <w:tcPr>
            <w:tcW w:type="dxa" w:w="2045"/>
          </w:tcPr>
          <w:p/>
        </w:tc>
      </w:tr>
      <w:tr>
        <w:tc>
          <w:tcPr>
            <w:tcW w:type="dxa" w:w="2045"/>
          </w:tcPr>
          <w:p>
            <w:r>
              <w:t>Day 20</w:t>
            </w:r>
          </w:p>
        </w:tc>
        <w:tc>
          <w:tcPr>
            <w:tcW w:type="dxa" w:w="2045"/>
          </w:tcPr>
          <w:p>
            <w:r>
              <w:t>Review receivables and cash obligations</w:t>
            </w:r>
          </w:p>
        </w:tc>
        <w:tc>
          <w:tcPr>
            <w:tcW w:type="dxa" w:w="2045"/>
          </w:tcPr>
          <w:p/>
        </w:tc>
        <w:tc>
          <w:tcPr>
            <w:tcW w:type="dxa" w:w="2045"/>
          </w:tcPr>
          <w:p/>
        </w:tc>
        <w:tc>
          <w:tcPr>
            <w:tcW w:type="dxa" w:w="2045"/>
          </w:tcPr>
          <w:p/>
        </w:tc>
      </w:tr>
      <w:tr>
        <w:tc>
          <w:tcPr>
            <w:tcW w:type="dxa" w:w="2045"/>
          </w:tcPr>
          <w:p>
            <w:r>
              <w:t>Day 21</w:t>
            </w:r>
          </w:p>
        </w:tc>
        <w:tc>
          <w:tcPr>
            <w:tcW w:type="dxa" w:w="2045"/>
          </w:tcPr>
          <w:p>
            <w:r>
              <w:t>Run the Weekly CEO Meeting</w:t>
            </w:r>
          </w:p>
        </w:tc>
        <w:tc>
          <w:tcPr>
            <w:tcW w:type="dxa" w:w="2045"/>
          </w:tcPr>
          <w:p/>
        </w:tc>
        <w:tc>
          <w:tcPr>
            <w:tcW w:type="dxa" w:w="2045"/>
          </w:tcPr>
          <w:p/>
        </w:tc>
        <w:tc>
          <w:tcPr>
            <w:tcW w:type="dxa" w:w="2045"/>
          </w:tcPr>
          <w:p/>
        </w:tc>
      </w:tr>
      <w:tr>
        <w:tc>
          <w:tcPr>
            <w:tcW w:type="dxa" w:w="2045"/>
          </w:tcPr>
          <w:p>
            <w:r>
              <w:t>Day 22</w:t>
            </w:r>
          </w:p>
        </w:tc>
        <w:tc>
          <w:tcPr>
            <w:tcW w:type="dxa" w:w="2045"/>
          </w:tcPr>
          <w:p>
            <w:r>
              <w:t>Identify the biggest owner bottleneck</w:t>
            </w:r>
          </w:p>
        </w:tc>
        <w:tc>
          <w:tcPr>
            <w:tcW w:type="dxa" w:w="2045"/>
          </w:tcPr>
          <w:p/>
        </w:tc>
        <w:tc>
          <w:tcPr>
            <w:tcW w:type="dxa" w:w="2045"/>
          </w:tcPr>
          <w:p/>
        </w:tc>
        <w:tc>
          <w:tcPr>
            <w:tcW w:type="dxa" w:w="2045"/>
          </w:tcPr>
          <w:p/>
        </w:tc>
      </w:tr>
      <w:tr>
        <w:tc>
          <w:tcPr>
            <w:tcW w:type="dxa" w:w="2045"/>
          </w:tcPr>
          <w:p>
            <w:r>
              <w:t>Day 23</w:t>
            </w:r>
          </w:p>
        </w:tc>
        <w:tc>
          <w:tcPr>
            <w:tcW w:type="dxa" w:w="2045"/>
          </w:tcPr>
          <w:p>
            <w:r>
              <w:t>Strengthen the system around that bottleneck</w:t>
            </w:r>
          </w:p>
        </w:tc>
        <w:tc>
          <w:tcPr>
            <w:tcW w:type="dxa" w:w="2045"/>
          </w:tcPr>
          <w:p/>
        </w:tc>
        <w:tc>
          <w:tcPr>
            <w:tcW w:type="dxa" w:w="2045"/>
          </w:tcPr>
          <w:p/>
        </w:tc>
        <w:tc>
          <w:tcPr>
            <w:tcW w:type="dxa" w:w="2045"/>
          </w:tcPr>
          <w:p/>
        </w:tc>
      </w:tr>
      <w:tr>
        <w:tc>
          <w:tcPr>
            <w:tcW w:type="dxa" w:w="2045"/>
          </w:tcPr>
          <w:p>
            <w:r>
              <w:t>Day 24</w:t>
            </w:r>
          </w:p>
        </w:tc>
        <w:tc>
          <w:tcPr>
            <w:tcW w:type="dxa" w:w="2045"/>
          </w:tcPr>
          <w:p>
            <w:r>
              <w:t>Review open promises</w:t>
            </w:r>
          </w:p>
        </w:tc>
        <w:tc>
          <w:tcPr>
            <w:tcW w:type="dxa" w:w="2045"/>
          </w:tcPr>
          <w:p/>
        </w:tc>
        <w:tc>
          <w:tcPr>
            <w:tcW w:type="dxa" w:w="2045"/>
          </w:tcPr>
          <w:p/>
        </w:tc>
        <w:tc>
          <w:tcPr>
            <w:tcW w:type="dxa" w:w="2045"/>
          </w:tcPr>
          <w:p/>
        </w:tc>
      </w:tr>
      <w:tr>
        <w:tc>
          <w:tcPr>
            <w:tcW w:type="dxa" w:w="2045"/>
          </w:tcPr>
          <w:p>
            <w:r>
              <w:t>Day 25</w:t>
            </w:r>
          </w:p>
        </w:tc>
        <w:tc>
          <w:tcPr>
            <w:tcW w:type="dxa" w:w="2045"/>
          </w:tcPr>
          <w:p>
            <w:r>
              <w:t>Remove one low-value recurring task</w:t>
            </w:r>
          </w:p>
        </w:tc>
        <w:tc>
          <w:tcPr>
            <w:tcW w:type="dxa" w:w="2045"/>
          </w:tcPr>
          <w:p/>
        </w:tc>
        <w:tc>
          <w:tcPr>
            <w:tcW w:type="dxa" w:w="2045"/>
          </w:tcPr>
          <w:p/>
        </w:tc>
        <w:tc>
          <w:tcPr>
            <w:tcW w:type="dxa" w:w="2045"/>
          </w:tcPr>
          <w:p/>
        </w:tc>
      </w:tr>
      <w:tr>
        <w:tc>
          <w:tcPr>
            <w:tcW w:type="dxa" w:w="2045"/>
          </w:tcPr>
          <w:p>
            <w:r>
              <w:t>Day 26</w:t>
            </w:r>
          </w:p>
        </w:tc>
        <w:tc>
          <w:tcPr>
            <w:tcW w:type="dxa" w:w="2045"/>
          </w:tcPr>
          <w:p>
            <w:r>
              <w:t>Tighten one workflow</w:t>
            </w:r>
          </w:p>
        </w:tc>
        <w:tc>
          <w:tcPr>
            <w:tcW w:type="dxa" w:w="2045"/>
          </w:tcPr>
          <w:p/>
        </w:tc>
        <w:tc>
          <w:tcPr>
            <w:tcW w:type="dxa" w:w="2045"/>
          </w:tcPr>
          <w:p/>
        </w:tc>
        <w:tc>
          <w:tcPr>
            <w:tcW w:type="dxa" w:w="2045"/>
          </w:tcPr>
          <w:p/>
        </w:tc>
      </w:tr>
      <w:tr>
        <w:tc>
          <w:tcPr>
            <w:tcW w:type="dxa" w:w="2045"/>
          </w:tcPr>
          <w:p>
            <w:r>
              <w:t>Day 27</w:t>
            </w:r>
          </w:p>
        </w:tc>
        <w:tc>
          <w:tcPr>
            <w:tcW w:type="dxa" w:w="2045"/>
          </w:tcPr>
          <w:p>
            <w:r>
              <w:t>Check capacity reserve</w:t>
            </w:r>
          </w:p>
        </w:tc>
        <w:tc>
          <w:tcPr>
            <w:tcW w:type="dxa" w:w="2045"/>
          </w:tcPr>
          <w:p/>
        </w:tc>
        <w:tc>
          <w:tcPr>
            <w:tcW w:type="dxa" w:w="2045"/>
          </w:tcPr>
          <w:p/>
        </w:tc>
        <w:tc>
          <w:tcPr>
            <w:tcW w:type="dxa" w:w="2045"/>
          </w:tcPr>
          <w:p/>
        </w:tc>
      </w:tr>
      <w:tr>
        <w:tc>
          <w:tcPr>
            <w:tcW w:type="dxa" w:w="2045"/>
          </w:tcPr>
          <w:p>
            <w:r>
              <w:t>Day 28</w:t>
            </w:r>
          </w:p>
        </w:tc>
        <w:tc>
          <w:tcPr>
            <w:tcW w:type="dxa" w:w="2045"/>
          </w:tcPr>
          <w:p>
            <w:r>
              <w:t>Run a mini monthly review</w:t>
            </w:r>
          </w:p>
        </w:tc>
        <w:tc>
          <w:tcPr>
            <w:tcW w:type="dxa" w:w="2045"/>
          </w:tcPr>
          <w:p/>
        </w:tc>
        <w:tc>
          <w:tcPr>
            <w:tcW w:type="dxa" w:w="2045"/>
          </w:tcPr>
          <w:p/>
        </w:tc>
        <w:tc>
          <w:tcPr>
            <w:tcW w:type="dxa" w:w="2045"/>
          </w:tcPr>
          <w:p/>
        </w:tc>
      </w:tr>
      <w:tr>
        <w:tc>
          <w:tcPr>
            <w:tcW w:type="dxa" w:w="2045"/>
          </w:tcPr>
          <w:p>
            <w:r>
              <w:t>Day 29</w:t>
            </w:r>
          </w:p>
        </w:tc>
        <w:tc>
          <w:tcPr>
            <w:tcW w:type="dxa" w:w="2045"/>
          </w:tcPr>
          <w:p>
            <w:r>
              <w:t>Complete the Independence Test</w:t>
            </w:r>
          </w:p>
        </w:tc>
        <w:tc>
          <w:tcPr>
            <w:tcW w:type="dxa" w:w="2045"/>
          </w:tcPr>
          <w:p/>
        </w:tc>
        <w:tc>
          <w:tcPr>
            <w:tcW w:type="dxa" w:w="2045"/>
          </w:tcPr>
          <w:p/>
        </w:tc>
        <w:tc>
          <w:tcPr>
            <w:tcW w:type="dxa" w:w="2045"/>
          </w:tcPr>
          <w:p/>
        </w:tc>
      </w:tr>
      <w:tr>
        <w:tc>
          <w:tcPr>
            <w:tcW w:type="dxa" w:w="2045"/>
          </w:tcPr>
          <w:p>
            <w:r>
              <w:t>Day 30</w:t>
            </w:r>
          </w:p>
        </w:tc>
        <w:tc>
          <w:tcPr>
            <w:tcW w:type="dxa" w:w="2045"/>
          </w:tcPr>
          <w:p>
            <w:r>
              <w:t>Decide what to improve next</w:t>
            </w:r>
          </w:p>
        </w:tc>
        <w:tc>
          <w:tcPr>
            <w:tcW w:type="dxa" w:w="2045"/>
          </w:tcPr>
          <w:p/>
        </w:tc>
        <w:tc>
          <w:tcPr>
            <w:tcW w:type="dxa" w:w="2045"/>
          </w:tcPr>
          <w:p/>
        </w:tc>
        <w:tc>
          <w:tcPr>
            <w:tcW w:type="dxa" w:w="2045"/>
          </w:tcPr>
          <w:p/>
        </w:tc>
      </w:tr>
    </w:tbl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